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796DF" w14:textId="77A9E685" w:rsidR="00C329F4" w:rsidRPr="00C329F4" w:rsidRDefault="00C329F4" w:rsidP="00C329F4">
      <w:pPr>
        <w:jc w:val="right"/>
        <w:rPr>
          <w:rFonts w:asciiTheme="majorHAnsi" w:hAnsiTheme="majorHAnsi" w:cstheme="majorHAnsi"/>
          <w:lang w:val="pl-PL"/>
        </w:rPr>
      </w:pPr>
      <w:r w:rsidRPr="00C329F4">
        <w:rPr>
          <w:rFonts w:asciiTheme="majorHAnsi" w:hAnsiTheme="majorHAnsi" w:cstheme="majorHAnsi"/>
          <w:lang w:val="pl-PL"/>
        </w:rPr>
        <w:t xml:space="preserve">Załącznik nr </w:t>
      </w:r>
      <w:r w:rsidR="00F35F9D">
        <w:rPr>
          <w:rFonts w:asciiTheme="majorHAnsi" w:hAnsiTheme="majorHAnsi" w:cstheme="majorHAnsi"/>
          <w:lang w:val="pl-PL"/>
        </w:rPr>
        <w:t>1</w:t>
      </w:r>
    </w:p>
    <w:p w14:paraId="63473581" w14:textId="5916BDAE" w:rsidR="00E053C5" w:rsidRPr="00850BD8" w:rsidRDefault="00F35F9D" w:rsidP="00850BD8">
      <w:pPr>
        <w:pStyle w:val="Nagwek1"/>
        <w:jc w:val="center"/>
        <w:rPr>
          <w:sz w:val="40"/>
          <w:szCs w:val="40"/>
          <w:lang w:val="pl-PL"/>
        </w:rPr>
      </w:pPr>
      <w:r w:rsidRPr="00850BD8">
        <w:rPr>
          <w:sz w:val="40"/>
          <w:szCs w:val="40"/>
          <w:lang w:val="pl-PL"/>
        </w:rPr>
        <w:t>KARTA ZGŁOSZENIA KANDYDATA</w:t>
      </w:r>
    </w:p>
    <w:p w14:paraId="4F31617B" w14:textId="77777777" w:rsidR="00E053C5" w:rsidRPr="00552B38" w:rsidRDefault="00F35F9D">
      <w:pPr>
        <w:pStyle w:val="Nagwek2"/>
        <w:rPr>
          <w:lang w:val="pl-PL"/>
        </w:rPr>
      </w:pPr>
      <w:r w:rsidRPr="00552B38">
        <w:rPr>
          <w:lang w:val="pl-PL"/>
        </w:rPr>
        <w:t>Dane kandydata (wypełnia kandydat)</w:t>
      </w:r>
    </w:p>
    <w:p w14:paraId="34758F0A" w14:textId="72A71CF1" w:rsidR="00E053C5" w:rsidRPr="00552B38" w:rsidRDefault="00F35F9D">
      <w:pPr>
        <w:rPr>
          <w:lang w:val="pl-PL"/>
        </w:rPr>
      </w:pPr>
      <w:r w:rsidRPr="00552B38">
        <w:rPr>
          <w:lang w:val="pl-PL"/>
        </w:rPr>
        <w:t>Imię i nazwisko</w:t>
      </w:r>
      <w:r w:rsidR="006E5EFD">
        <w:rPr>
          <w:lang w:val="pl-PL"/>
        </w:rPr>
        <w:t>*</w:t>
      </w:r>
      <w:r w:rsidRPr="00552B38">
        <w:rPr>
          <w:lang w:val="pl-PL"/>
        </w:rPr>
        <w:t>: .....................................................................................</w:t>
      </w:r>
    </w:p>
    <w:p w14:paraId="1CFD46EE" w14:textId="100E4449" w:rsidR="00E053C5" w:rsidRPr="00552B38" w:rsidRDefault="00F35F9D">
      <w:pPr>
        <w:rPr>
          <w:lang w:val="pl-PL"/>
        </w:rPr>
      </w:pPr>
      <w:r w:rsidRPr="00552B38">
        <w:rPr>
          <w:lang w:val="pl-PL"/>
        </w:rPr>
        <w:t>Wiek</w:t>
      </w:r>
      <w:r w:rsidR="006E5EFD">
        <w:rPr>
          <w:lang w:val="pl-PL"/>
        </w:rPr>
        <w:t>*</w:t>
      </w:r>
      <w:r w:rsidRPr="00552B38">
        <w:rPr>
          <w:lang w:val="pl-PL"/>
        </w:rPr>
        <w:t>: ............</w:t>
      </w:r>
    </w:p>
    <w:p w14:paraId="3B96D933" w14:textId="0E5E6C61" w:rsidR="00E053C5" w:rsidRPr="00552B38" w:rsidRDefault="00F35F9D">
      <w:pPr>
        <w:rPr>
          <w:lang w:val="pl-PL"/>
        </w:rPr>
      </w:pPr>
      <w:r w:rsidRPr="00552B38">
        <w:rPr>
          <w:lang w:val="pl-PL"/>
        </w:rPr>
        <w:t>Szkoła</w:t>
      </w:r>
      <w:r w:rsidR="006E5EFD">
        <w:rPr>
          <w:lang w:val="pl-PL"/>
        </w:rPr>
        <w:t>*</w:t>
      </w:r>
      <w:r w:rsidRPr="00552B38">
        <w:rPr>
          <w:lang w:val="pl-PL"/>
        </w:rPr>
        <w:t>: .................................................................................................</w:t>
      </w:r>
    </w:p>
    <w:p w14:paraId="251750F8" w14:textId="57708021" w:rsidR="00E053C5" w:rsidRPr="00552B38" w:rsidRDefault="00F35F9D">
      <w:pPr>
        <w:rPr>
          <w:lang w:val="pl-PL"/>
        </w:rPr>
      </w:pPr>
      <w:r w:rsidRPr="00552B38">
        <w:rPr>
          <w:lang w:val="pl-PL"/>
        </w:rPr>
        <w:t>Adres do korespondencji</w:t>
      </w:r>
      <w:r w:rsidR="006E5EFD">
        <w:rPr>
          <w:lang w:val="pl-PL"/>
        </w:rPr>
        <w:t>*</w:t>
      </w:r>
      <w:r w:rsidRPr="00552B38">
        <w:rPr>
          <w:lang w:val="pl-PL"/>
        </w:rPr>
        <w:t>: ........................................................................</w:t>
      </w:r>
    </w:p>
    <w:p w14:paraId="0A8A12F6" w14:textId="77777777" w:rsidR="00E053C5" w:rsidRPr="00552B38" w:rsidRDefault="00F35F9D">
      <w:pPr>
        <w:rPr>
          <w:lang w:val="pl-PL"/>
        </w:rPr>
      </w:pPr>
      <w:r w:rsidRPr="00552B38">
        <w:rPr>
          <w:lang w:val="pl-PL"/>
        </w:rPr>
        <w:t>(ulica, nr domu, kod, miejscowość)</w:t>
      </w:r>
    </w:p>
    <w:p w14:paraId="6E062B2D" w14:textId="77777777" w:rsidR="00E053C5" w:rsidRPr="00552B38" w:rsidRDefault="00F35F9D">
      <w:pPr>
        <w:rPr>
          <w:lang w:val="pl-PL"/>
        </w:rPr>
      </w:pPr>
      <w:r w:rsidRPr="00552B38">
        <w:rPr>
          <w:lang w:val="pl-PL"/>
        </w:rPr>
        <w:t>Telefon kontaktowy: ................................................................................</w:t>
      </w:r>
    </w:p>
    <w:p w14:paraId="7DB345F2" w14:textId="77777777" w:rsidR="00E053C5" w:rsidRDefault="00F35F9D">
      <w:pPr>
        <w:rPr>
          <w:lang w:val="pl-PL"/>
        </w:rPr>
      </w:pPr>
      <w:r w:rsidRPr="00552B38">
        <w:rPr>
          <w:lang w:val="pl-PL"/>
        </w:rPr>
        <w:t>E-mail: ....................................................................................................</w:t>
      </w:r>
    </w:p>
    <w:p w14:paraId="618F44A1" w14:textId="77777777" w:rsidR="00E053C5" w:rsidRPr="00552B38" w:rsidRDefault="00F35F9D">
      <w:pPr>
        <w:pStyle w:val="Nagwek2"/>
        <w:rPr>
          <w:lang w:val="pl-PL"/>
        </w:rPr>
      </w:pPr>
      <w:r w:rsidRPr="00552B38">
        <w:rPr>
          <w:lang w:val="pl-PL"/>
        </w:rPr>
        <w:t>Oświadczenie kandydata</w:t>
      </w:r>
    </w:p>
    <w:p w14:paraId="5048CE19" w14:textId="7213E05A" w:rsidR="00E053C5" w:rsidRPr="00552B38" w:rsidRDefault="00F35F9D" w:rsidP="00552B38">
      <w:pPr>
        <w:rPr>
          <w:lang w:val="pl-PL"/>
        </w:rPr>
      </w:pPr>
      <w:r w:rsidRPr="00552B38">
        <w:rPr>
          <w:lang w:val="pl-PL"/>
        </w:rPr>
        <w:t>Oświadczam, że wyrażam zgodę na kandydowanie do Młodzieżowej Rady Miejskiej w mieście i gminie Chorzele</w:t>
      </w:r>
      <w:r w:rsidR="00552B38" w:rsidRPr="00552B38">
        <w:rPr>
          <w:lang w:val="pl-PL"/>
        </w:rPr>
        <w:t xml:space="preserve"> i zapoznałem się̨</w:t>
      </w:r>
      <w:r w:rsidR="00552B38">
        <w:rPr>
          <w:lang w:val="pl-PL"/>
        </w:rPr>
        <w:t xml:space="preserve"> </w:t>
      </w:r>
      <w:r w:rsidR="00552B38" w:rsidRPr="00552B38">
        <w:rPr>
          <w:lang w:val="pl-PL"/>
        </w:rPr>
        <w:t>z poniższą̨ klauzulą informacyjn</w:t>
      </w:r>
      <w:r w:rsidR="00552B38">
        <w:rPr>
          <w:lang w:val="pl-PL"/>
        </w:rPr>
        <w:t>ą</w:t>
      </w:r>
      <w:r w:rsidRPr="00552B38">
        <w:rPr>
          <w:lang w:val="pl-PL"/>
        </w:rPr>
        <w:t>.</w:t>
      </w:r>
    </w:p>
    <w:p w14:paraId="1417675B" w14:textId="77777777" w:rsidR="00E053C5" w:rsidRPr="00552B38" w:rsidRDefault="00F35F9D">
      <w:pPr>
        <w:rPr>
          <w:lang w:val="pl-PL"/>
        </w:rPr>
      </w:pPr>
      <w:r w:rsidRPr="00552B38">
        <w:rPr>
          <w:lang w:val="pl-PL"/>
        </w:rPr>
        <w:t>....................................................</w:t>
      </w:r>
    </w:p>
    <w:p w14:paraId="60E4D277" w14:textId="77777777" w:rsidR="00E053C5" w:rsidRPr="00552B38" w:rsidRDefault="00F35F9D">
      <w:pPr>
        <w:rPr>
          <w:lang w:val="pl-PL"/>
        </w:rPr>
      </w:pPr>
      <w:r w:rsidRPr="00552B38">
        <w:rPr>
          <w:lang w:val="pl-PL"/>
        </w:rPr>
        <w:t>(data i podpis kandydata)</w:t>
      </w:r>
    </w:p>
    <w:p w14:paraId="456B1937" w14:textId="77777777" w:rsidR="00E053C5" w:rsidRPr="00552B38" w:rsidRDefault="00F35F9D">
      <w:pPr>
        <w:pStyle w:val="Nagwek2"/>
        <w:rPr>
          <w:lang w:val="pl-PL"/>
        </w:rPr>
      </w:pPr>
      <w:r w:rsidRPr="00552B38">
        <w:rPr>
          <w:lang w:val="pl-PL"/>
        </w:rPr>
        <w:t>Zgoda rodzica / opiekuna prawnego (dotyczy kandydatów niepełnoletnich)</w:t>
      </w:r>
    </w:p>
    <w:p w14:paraId="38B321BB" w14:textId="771AB3A5" w:rsidR="00E053C5" w:rsidRPr="00552B38" w:rsidRDefault="00F35F9D">
      <w:pPr>
        <w:rPr>
          <w:lang w:val="pl-PL"/>
        </w:rPr>
      </w:pPr>
      <w:r w:rsidRPr="00552B38">
        <w:rPr>
          <w:lang w:val="pl-PL"/>
        </w:rPr>
        <w:t>Ja, niżej podpisany/a ............................................................................................</w:t>
      </w:r>
      <w:r w:rsidRPr="00552B38">
        <w:rPr>
          <w:lang w:val="pl-PL"/>
        </w:rPr>
        <w:br/>
        <w:t>(imię i nazwisko rodzica/opiekuna)</w:t>
      </w:r>
      <w:r w:rsidRPr="00552B38">
        <w:rPr>
          <w:lang w:val="pl-PL"/>
        </w:rPr>
        <w:br/>
        <w:t>wyrażam zgodę na kandydowanie mojego dziecka/podopiecznego do Młodzieżowej Rady Miejskiej w mieście i gminie Chorzele oraz</w:t>
      </w:r>
      <w:r w:rsidR="00552B38">
        <w:rPr>
          <w:lang w:val="pl-PL"/>
        </w:rPr>
        <w:t>, że</w:t>
      </w:r>
      <w:r w:rsidR="00552B38" w:rsidRPr="00552B38">
        <w:rPr>
          <w:lang w:val="pl-PL"/>
        </w:rPr>
        <w:t xml:space="preserve"> zapoznałem się̨ z poniższą̨ klauzulą informacyjną.</w:t>
      </w:r>
      <w:r w:rsidRPr="00552B38">
        <w:rPr>
          <w:lang w:val="pl-PL"/>
        </w:rPr>
        <w:t xml:space="preserve"> </w:t>
      </w:r>
    </w:p>
    <w:p w14:paraId="4B21D91A" w14:textId="77777777" w:rsidR="00E053C5" w:rsidRPr="00552B38" w:rsidRDefault="00F35F9D">
      <w:pPr>
        <w:rPr>
          <w:lang w:val="pl-PL"/>
        </w:rPr>
      </w:pPr>
      <w:r w:rsidRPr="00552B38">
        <w:rPr>
          <w:lang w:val="pl-PL"/>
        </w:rPr>
        <w:t>....................................................</w:t>
      </w:r>
    </w:p>
    <w:p w14:paraId="6C928FF0" w14:textId="77777777" w:rsidR="00E053C5" w:rsidRPr="00552B38" w:rsidRDefault="00F35F9D">
      <w:pPr>
        <w:rPr>
          <w:lang w:val="pl-PL"/>
        </w:rPr>
      </w:pPr>
      <w:r w:rsidRPr="00552B38">
        <w:rPr>
          <w:lang w:val="pl-PL"/>
        </w:rPr>
        <w:t>(data i podpis rodzica/opiekuna)</w:t>
      </w:r>
    </w:p>
    <w:p w14:paraId="4DA8CDB1" w14:textId="77777777" w:rsidR="00E053C5" w:rsidRDefault="00F35F9D">
      <w:pPr>
        <w:pStyle w:val="Nagwek2"/>
        <w:rPr>
          <w:lang w:val="pl-PL"/>
        </w:rPr>
      </w:pPr>
      <w:r w:rsidRPr="00552B38">
        <w:rPr>
          <w:lang w:val="pl-PL"/>
        </w:rPr>
        <w:t>Lista popierających kandydata (minimum 10 uczniów z okręgu wyborczego)</w:t>
      </w:r>
    </w:p>
    <w:tbl>
      <w:tblPr>
        <w:tblStyle w:val="Tabela-Siatka"/>
        <w:tblW w:w="8821" w:type="dxa"/>
        <w:tblInd w:w="38" w:type="dxa"/>
        <w:tblLook w:val="04A0" w:firstRow="1" w:lastRow="0" w:firstColumn="1" w:lastColumn="0" w:noHBand="0" w:noVBand="1"/>
      </w:tblPr>
      <w:tblGrid>
        <w:gridCol w:w="639"/>
        <w:gridCol w:w="3841"/>
        <w:gridCol w:w="1848"/>
        <w:gridCol w:w="2493"/>
      </w:tblGrid>
      <w:tr w:rsidR="00552B38" w14:paraId="09659C5F" w14:textId="77777777" w:rsidTr="00552B38">
        <w:trPr>
          <w:trHeight w:val="70"/>
        </w:trPr>
        <w:tc>
          <w:tcPr>
            <w:tcW w:w="639" w:type="dxa"/>
          </w:tcPr>
          <w:p w14:paraId="6853659D" w14:textId="3F52BACE" w:rsidR="00552B38" w:rsidRPr="00552B38" w:rsidRDefault="00552B38" w:rsidP="00552B38">
            <w:pPr>
              <w:rPr>
                <w:b/>
                <w:bCs/>
                <w:lang w:val="pl-PL"/>
              </w:rPr>
            </w:pPr>
            <w:r w:rsidRPr="00552B38">
              <w:rPr>
                <w:b/>
                <w:bCs/>
                <w:lang w:val="pl-PL"/>
              </w:rPr>
              <w:t>Lp.</w:t>
            </w:r>
          </w:p>
        </w:tc>
        <w:tc>
          <w:tcPr>
            <w:tcW w:w="3841" w:type="dxa"/>
          </w:tcPr>
          <w:p w14:paraId="626E322B" w14:textId="5CB923EA" w:rsidR="00552B38" w:rsidRPr="00552B38" w:rsidRDefault="00552B38" w:rsidP="00552B38">
            <w:pPr>
              <w:jc w:val="center"/>
              <w:rPr>
                <w:b/>
                <w:bCs/>
                <w:lang w:val="pl-PL"/>
              </w:rPr>
            </w:pPr>
            <w:r w:rsidRPr="00552B38">
              <w:rPr>
                <w:b/>
                <w:bCs/>
                <w:lang w:val="pl-PL"/>
              </w:rPr>
              <w:t>Imię i Nazwisko</w:t>
            </w:r>
          </w:p>
        </w:tc>
        <w:tc>
          <w:tcPr>
            <w:tcW w:w="1848" w:type="dxa"/>
          </w:tcPr>
          <w:p w14:paraId="3887784F" w14:textId="74F8D220" w:rsidR="00552B38" w:rsidRPr="00552B38" w:rsidRDefault="00552B38" w:rsidP="00552B38">
            <w:pPr>
              <w:jc w:val="center"/>
              <w:rPr>
                <w:b/>
                <w:bCs/>
                <w:lang w:val="pl-PL"/>
              </w:rPr>
            </w:pPr>
            <w:r w:rsidRPr="00552B38">
              <w:rPr>
                <w:b/>
                <w:bCs/>
                <w:lang w:val="pl-PL"/>
              </w:rPr>
              <w:t>Wiek</w:t>
            </w:r>
          </w:p>
        </w:tc>
        <w:tc>
          <w:tcPr>
            <w:tcW w:w="2493" w:type="dxa"/>
          </w:tcPr>
          <w:p w14:paraId="401F3CA0" w14:textId="3457118D" w:rsidR="00552B38" w:rsidRPr="00552B38" w:rsidRDefault="00552B38" w:rsidP="00552B38">
            <w:pPr>
              <w:jc w:val="center"/>
              <w:rPr>
                <w:b/>
                <w:bCs/>
                <w:lang w:val="pl-PL"/>
              </w:rPr>
            </w:pPr>
            <w:r w:rsidRPr="00552B38">
              <w:rPr>
                <w:b/>
                <w:bCs/>
                <w:lang w:val="pl-PL"/>
              </w:rPr>
              <w:t>Podpis</w:t>
            </w:r>
          </w:p>
        </w:tc>
      </w:tr>
      <w:tr w:rsidR="00552B38" w14:paraId="6C760744" w14:textId="77777777" w:rsidTr="00552B38">
        <w:trPr>
          <w:trHeight w:val="70"/>
        </w:trPr>
        <w:tc>
          <w:tcPr>
            <w:tcW w:w="639" w:type="dxa"/>
          </w:tcPr>
          <w:p w14:paraId="759E4B74" w14:textId="77777777" w:rsidR="00552B38" w:rsidRPr="00552B38" w:rsidRDefault="00552B38" w:rsidP="00552B38">
            <w:pPr>
              <w:pStyle w:val="Akapitzlist"/>
              <w:numPr>
                <w:ilvl w:val="0"/>
                <w:numId w:val="10"/>
              </w:numPr>
              <w:jc w:val="both"/>
              <w:rPr>
                <w:lang w:val="pl-PL"/>
              </w:rPr>
            </w:pPr>
          </w:p>
        </w:tc>
        <w:tc>
          <w:tcPr>
            <w:tcW w:w="3841" w:type="dxa"/>
          </w:tcPr>
          <w:p w14:paraId="54C187DE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1848" w:type="dxa"/>
          </w:tcPr>
          <w:p w14:paraId="1F862AB0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2493" w:type="dxa"/>
          </w:tcPr>
          <w:p w14:paraId="79207002" w14:textId="77777777" w:rsidR="00552B38" w:rsidRDefault="00552B38" w:rsidP="00552B38">
            <w:pPr>
              <w:rPr>
                <w:lang w:val="pl-PL"/>
              </w:rPr>
            </w:pPr>
          </w:p>
        </w:tc>
      </w:tr>
      <w:tr w:rsidR="00552B38" w14:paraId="0F9FE52B" w14:textId="77777777" w:rsidTr="00552B38">
        <w:trPr>
          <w:trHeight w:val="70"/>
        </w:trPr>
        <w:tc>
          <w:tcPr>
            <w:tcW w:w="639" w:type="dxa"/>
          </w:tcPr>
          <w:p w14:paraId="1A2C9E9D" w14:textId="77777777" w:rsidR="00552B38" w:rsidRPr="00552B38" w:rsidRDefault="00552B38" w:rsidP="00552B38">
            <w:pPr>
              <w:pStyle w:val="Akapitzlist"/>
              <w:numPr>
                <w:ilvl w:val="0"/>
                <w:numId w:val="10"/>
              </w:numPr>
              <w:rPr>
                <w:lang w:val="pl-PL"/>
              </w:rPr>
            </w:pPr>
          </w:p>
        </w:tc>
        <w:tc>
          <w:tcPr>
            <w:tcW w:w="3841" w:type="dxa"/>
          </w:tcPr>
          <w:p w14:paraId="3CCDA60E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1848" w:type="dxa"/>
          </w:tcPr>
          <w:p w14:paraId="386849B1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2493" w:type="dxa"/>
          </w:tcPr>
          <w:p w14:paraId="13DFE6A4" w14:textId="77777777" w:rsidR="00552B38" w:rsidRDefault="00552B38" w:rsidP="00552B38">
            <w:pPr>
              <w:rPr>
                <w:lang w:val="pl-PL"/>
              </w:rPr>
            </w:pPr>
          </w:p>
        </w:tc>
      </w:tr>
      <w:tr w:rsidR="00552B38" w14:paraId="60338BB8" w14:textId="77777777" w:rsidTr="00552B38">
        <w:trPr>
          <w:trHeight w:val="66"/>
        </w:trPr>
        <w:tc>
          <w:tcPr>
            <w:tcW w:w="639" w:type="dxa"/>
          </w:tcPr>
          <w:p w14:paraId="04274FF5" w14:textId="77777777" w:rsidR="00552B38" w:rsidRPr="00552B38" w:rsidRDefault="00552B38" w:rsidP="00552B38">
            <w:pPr>
              <w:pStyle w:val="Akapitzlist"/>
              <w:numPr>
                <w:ilvl w:val="0"/>
                <w:numId w:val="10"/>
              </w:numPr>
              <w:rPr>
                <w:lang w:val="pl-PL"/>
              </w:rPr>
            </w:pPr>
          </w:p>
        </w:tc>
        <w:tc>
          <w:tcPr>
            <w:tcW w:w="3841" w:type="dxa"/>
          </w:tcPr>
          <w:p w14:paraId="7333195B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1848" w:type="dxa"/>
          </w:tcPr>
          <w:p w14:paraId="0A60B079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2493" w:type="dxa"/>
          </w:tcPr>
          <w:p w14:paraId="3A5EC18A" w14:textId="77777777" w:rsidR="00552B38" w:rsidRDefault="00552B38" w:rsidP="00552B38">
            <w:pPr>
              <w:rPr>
                <w:lang w:val="pl-PL"/>
              </w:rPr>
            </w:pPr>
          </w:p>
        </w:tc>
      </w:tr>
      <w:tr w:rsidR="00552B38" w14:paraId="65F2780D" w14:textId="77777777" w:rsidTr="00552B38">
        <w:trPr>
          <w:trHeight w:val="70"/>
        </w:trPr>
        <w:tc>
          <w:tcPr>
            <w:tcW w:w="639" w:type="dxa"/>
          </w:tcPr>
          <w:p w14:paraId="348401B6" w14:textId="77777777" w:rsidR="00552B38" w:rsidRPr="00552B38" w:rsidRDefault="00552B38" w:rsidP="00552B38">
            <w:pPr>
              <w:pStyle w:val="Akapitzlist"/>
              <w:numPr>
                <w:ilvl w:val="0"/>
                <w:numId w:val="10"/>
              </w:numPr>
              <w:rPr>
                <w:lang w:val="pl-PL"/>
              </w:rPr>
            </w:pPr>
          </w:p>
        </w:tc>
        <w:tc>
          <w:tcPr>
            <w:tcW w:w="3841" w:type="dxa"/>
          </w:tcPr>
          <w:p w14:paraId="47428439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1848" w:type="dxa"/>
          </w:tcPr>
          <w:p w14:paraId="5DD76821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2493" w:type="dxa"/>
          </w:tcPr>
          <w:p w14:paraId="2BC2A9A2" w14:textId="77777777" w:rsidR="00552B38" w:rsidRDefault="00552B38" w:rsidP="00552B38">
            <w:pPr>
              <w:rPr>
                <w:lang w:val="pl-PL"/>
              </w:rPr>
            </w:pPr>
          </w:p>
        </w:tc>
      </w:tr>
      <w:tr w:rsidR="00552B38" w14:paraId="2FAA24F9" w14:textId="77777777" w:rsidTr="00552B38">
        <w:trPr>
          <w:trHeight w:val="70"/>
        </w:trPr>
        <w:tc>
          <w:tcPr>
            <w:tcW w:w="639" w:type="dxa"/>
          </w:tcPr>
          <w:p w14:paraId="21F48083" w14:textId="77777777" w:rsidR="00552B38" w:rsidRPr="00552B38" w:rsidRDefault="00552B38" w:rsidP="00552B38">
            <w:pPr>
              <w:pStyle w:val="Akapitzlist"/>
              <w:numPr>
                <w:ilvl w:val="0"/>
                <w:numId w:val="10"/>
              </w:numPr>
              <w:rPr>
                <w:lang w:val="pl-PL"/>
              </w:rPr>
            </w:pPr>
          </w:p>
        </w:tc>
        <w:tc>
          <w:tcPr>
            <w:tcW w:w="3841" w:type="dxa"/>
          </w:tcPr>
          <w:p w14:paraId="3BF2E9BF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1848" w:type="dxa"/>
          </w:tcPr>
          <w:p w14:paraId="70FE1B27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2493" w:type="dxa"/>
          </w:tcPr>
          <w:p w14:paraId="5F648E0B" w14:textId="77777777" w:rsidR="00552B38" w:rsidRDefault="00552B38" w:rsidP="00552B38">
            <w:pPr>
              <w:rPr>
                <w:lang w:val="pl-PL"/>
              </w:rPr>
            </w:pPr>
          </w:p>
        </w:tc>
      </w:tr>
      <w:tr w:rsidR="00552B38" w14:paraId="34001F39" w14:textId="77777777" w:rsidTr="00552B38">
        <w:trPr>
          <w:trHeight w:val="70"/>
        </w:trPr>
        <w:tc>
          <w:tcPr>
            <w:tcW w:w="639" w:type="dxa"/>
          </w:tcPr>
          <w:p w14:paraId="2D592A4B" w14:textId="77777777" w:rsidR="00552B38" w:rsidRPr="00552B38" w:rsidRDefault="00552B38" w:rsidP="00552B38">
            <w:pPr>
              <w:pStyle w:val="Akapitzlist"/>
              <w:numPr>
                <w:ilvl w:val="0"/>
                <w:numId w:val="10"/>
              </w:numPr>
              <w:rPr>
                <w:lang w:val="pl-PL"/>
              </w:rPr>
            </w:pPr>
          </w:p>
        </w:tc>
        <w:tc>
          <w:tcPr>
            <w:tcW w:w="3841" w:type="dxa"/>
          </w:tcPr>
          <w:p w14:paraId="50B83DCF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1848" w:type="dxa"/>
          </w:tcPr>
          <w:p w14:paraId="472821BD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2493" w:type="dxa"/>
          </w:tcPr>
          <w:p w14:paraId="69A32CF2" w14:textId="77777777" w:rsidR="00552B38" w:rsidRDefault="00552B38" w:rsidP="00552B38">
            <w:pPr>
              <w:rPr>
                <w:lang w:val="pl-PL"/>
              </w:rPr>
            </w:pPr>
          </w:p>
        </w:tc>
      </w:tr>
      <w:tr w:rsidR="00552B38" w14:paraId="7F2BC894" w14:textId="77777777" w:rsidTr="00552B38">
        <w:trPr>
          <w:trHeight w:val="70"/>
        </w:trPr>
        <w:tc>
          <w:tcPr>
            <w:tcW w:w="639" w:type="dxa"/>
          </w:tcPr>
          <w:p w14:paraId="55271E13" w14:textId="77777777" w:rsidR="00552B38" w:rsidRPr="00552B38" w:rsidRDefault="00552B38" w:rsidP="00552B38">
            <w:pPr>
              <w:pStyle w:val="Akapitzlist"/>
              <w:numPr>
                <w:ilvl w:val="0"/>
                <w:numId w:val="10"/>
              </w:numPr>
              <w:rPr>
                <w:lang w:val="pl-PL"/>
              </w:rPr>
            </w:pPr>
          </w:p>
        </w:tc>
        <w:tc>
          <w:tcPr>
            <w:tcW w:w="3841" w:type="dxa"/>
          </w:tcPr>
          <w:p w14:paraId="58B9AAF3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1848" w:type="dxa"/>
          </w:tcPr>
          <w:p w14:paraId="65E00344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2493" w:type="dxa"/>
          </w:tcPr>
          <w:p w14:paraId="5DEA437C" w14:textId="77777777" w:rsidR="00552B38" w:rsidRDefault="00552B38" w:rsidP="00552B38">
            <w:pPr>
              <w:rPr>
                <w:lang w:val="pl-PL"/>
              </w:rPr>
            </w:pPr>
          </w:p>
        </w:tc>
      </w:tr>
      <w:tr w:rsidR="00552B38" w14:paraId="1678E532" w14:textId="77777777" w:rsidTr="00552B38">
        <w:trPr>
          <w:trHeight w:val="70"/>
        </w:trPr>
        <w:tc>
          <w:tcPr>
            <w:tcW w:w="639" w:type="dxa"/>
          </w:tcPr>
          <w:p w14:paraId="4DBAE27B" w14:textId="77777777" w:rsidR="00552B38" w:rsidRPr="00552B38" w:rsidRDefault="00552B38" w:rsidP="00552B38">
            <w:pPr>
              <w:pStyle w:val="Akapitzlist"/>
              <w:numPr>
                <w:ilvl w:val="0"/>
                <w:numId w:val="10"/>
              </w:numPr>
              <w:rPr>
                <w:lang w:val="pl-PL"/>
              </w:rPr>
            </w:pPr>
          </w:p>
        </w:tc>
        <w:tc>
          <w:tcPr>
            <w:tcW w:w="3841" w:type="dxa"/>
          </w:tcPr>
          <w:p w14:paraId="158F6752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1848" w:type="dxa"/>
          </w:tcPr>
          <w:p w14:paraId="397B7813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2493" w:type="dxa"/>
          </w:tcPr>
          <w:p w14:paraId="50BA4F16" w14:textId="77777777" w:rsidR="00552B38" w:rsidRDefault="00552B38" w:rsidP="00552B38">
            <w:pPr>
              <w:rPr>
                <w:lang w:val="pl-PL"/>
              </w:rPr>
            </w:pPr>
          </w:p>
        </w:tc>
      </w:tr>
      <w:tr w:rsidR="00552B38" w14:paraId="0A283DC3" w14:textId="77777777" w:rsidTr="00552B38">
        <w:trPr>
          <w:trHeight w:val="66"/>
        </w:trPr>
        <w:tc>
          <w:tcPr>
            <w:tcW w:w="639" w:type="dxa"/>
          </w:tcPr>
          <w:p w14:paraId="36FD7FB6" w14:textId="77777777" w:rsidR="00552B38" w:rsidRPr="00552B38" w:rsidRDefault="00552B38" w:rsidP="00552B38">
            <w:pPr>
              <w:pStyle w:val="Akapitzlist"/>
              <w:numPr>
                <w:ilvl w:val="0"/>
                <w:numId w:val="10"/>
              </w:numPr>
              <w:rPr>
                <w:lang w:val="pl-PL"/>
              </w:rPr>
            </w:pPr>
          </w:p>
        </w:tc>
        <w:tc>
          <w:tcPr>
            <w:tcW w:w="3841" w:type="dxa"/>
          </w:tcPr>
          <w:p w14:paraId="36194D13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1848" w:type="dxa"/>
          </w:tcPr>
          <w:p w14:paraId="03AE9139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2493" w:type="dxa"/>
          </w:tcPr>
          <w:p w14:paraId="5B05D77A" w14:textId="77777777" w:rsidR="00552B38" w:rsidRDefault="00552B38" w:rsidP="00552B38">
            <w:pPr>
              <w:rPr>
                <w:lang w:val="pl-PL"/>
              </w:rPr>
            </w:pPr>
          </w:p>
        </w:tc>
      </w:tr>
      <w:tr w:rsidR="00552B38" w14:paraId="0F96C737" w14:textId="77777777" w:rsidTr="00552B38">
        <w:trPr>
          <w:trHeight w:val="70"/>
        </w:trPr>
        <w:tc>
          <w:tcPr>
            <w:tcW w:w="639" w:type="dxa"/>
          </w:tcPr>
          <w:p w14:paraId="44D61E88" w14:textId="77777777" w:rsidR="00552B38" w:rsidRPr="00552B38" w:rsidRDefault="00552B38" w:rsidP="00552B38">
            <w:pPr>
              <w:pStyle w:val="Akapitzlist"/>
              <w:numPr>
                <w:ilvl w:val="0"/>
                <w:numId w:val="10"/>
              </w:numPr>
              <w:rPr>
                <w:lang w:val="pl-PL"/>
              </w:rPr>
            </w:pPr>
          </w:p>
        </w:tc>
        <w:tc>
          <w:tcPr>
            <w:tcW w:w="3841" w:type="dxa"/>
          </w:tcPr>
          <w:p w14:paraId="655E2630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1848" w:type="dxa"/>
          </w:tcPr>
          <w:p w14:paraId="67EBF705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2493" w:type="dxa"/>
          </w:tcPr>
          <w:p w14:paraId="6270771F" w14:textId="77777777" w:rsidR="00552B38" w:rsidRDefault="00552B38" w:rsidP="00552B38">
            <w:pPr>
              <w:rPr>
                <w:lang w:val="pl-PL"/>
              </w:rPr>
            </w:pPr>
          </w:p>
        </w:tc>
      </w:tr>
      <w:tr w:rsidR="00552B38" w14:paraId="122513B5" w14:textId="77777777" w:rsidTr="00552B38">
        <w:trPr>
          <w:trHeight w:val="70"/>
        </w:trPr>
        <w:tc>
          <w:tcPr>
            <w:tcW w:w="639" w:type="dxa"/>
          </w:tcPr>
          <w:p w14:paraId="2665527D" w14:textId="77777777" w:rsidR="00552B38" w:rsidRPr="00552B38" w:rsidRDefault="00552B38" w:rsidP="00552B38">
            <w:pPr>
              <w:pStyle w:val="Akapitzlist"/>
              <w:numPr>
                <w:ilvl w:val="0"/>
                <w:numId w:val="10"/>
              </w:numPr>
              <w:rPr>
                <w:lang w:val="pl-PL"/>
              </w:rPr>
            </w:pPr>
          </w:p>
        </w:tc>
        <w:tc>
          <w:tcPr>
            <w:tcW w:w="3841" w:type="dxa"/>
          </w:tcPr>
          <w:p w14:paraId="181A4028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1848" w:type="dxa"/>
          </w:tcPr>
          <w:p w14:paraId="421C0198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2493" w:type="dxa"/>
          </w:tcPr>
          <w:p w14:paraId="4775ED80" w14:textId="77777777" w:rsidR="00552B38" w:rsidRDefault="00552B38" w:rsidP="00552B38">
            <w:pPr>
              <w:rPr>
                <w:lang w:val="pl-PL"/>
              </w:rPr>
            </w:pPr>
          </w:p>
        </w:tc>
      </w:tr>
      <w:tr w:rsidR="00552B38" w14:paraId="35A62594" w14:textId="77777777" w:rsidTr="00552B38">
        <w:trPr>
          <w:trHeight w:val="70"/>
        </w:trPr>
        <w:tc>
          <w:tcPr>
            <w:tcW w:w="639" w:type="dxa"/>
          </w:tcPr>
          <w:p w14:paraId="3371AFD1" w14:textId="77777777" w:rsidR="00552B38" w:rsidRPr="00552B38" w:rsidRDefault="00552B38" w:rsidP="00552B38">
            <w:pPr>
              <w:pStyle w:val="Akapitzlist"/>
              <w:numPr>
                <w:ilvl w:val="0"/>
                <w:numId w:val="10"/>
              </w:numPr>
              <w:rPr>
                <w:lang w:val="pl-PL"/>
              </w:rPr>
            </w:pPr>
          </w:p>
        </w:tc>
        <w:tc>
          <w:tcPr>
            <w:tcW w:w="3841" w:type="dxa"/>
          </w:tcPr>
          <w:p w14:paraId="2B72AD15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1848" w:type="dxa"/>
          </w:tcPr>
          <w:p w14:paraId="6966D565" w14:textId="77777777" w:rsidR="00552B38" w:rsidRDefault="00552B38" w:rsidP="00552B38">
            <w:pPr>
              <w:rPr>
                <w:lang w:val="pl-PL"/>
              </w:rPr>
            </w:pPr>
          </w:p>
        </w:tc>
        <w:tc>
          <w:tcPr>
            <w:tcW w:w="2493" w:type="dxa"/>
          </w:tcPr>
          <w:p w14:paraId="29156A92" w14:textId="77777777" w:rsidR="00552B38" w:rsidRDefault="00552B38" w:rsidP="00552B38">
            <w:pPr>
              <w:rPr>
                <w:lang w:val="pl-PL"/>
              </w:rPr>
            </w:pPr>
          </w:p>
        </w:tc>
      </w:tr>
    </w:tbl>
    <w:p w14:paraId="1D06CDF8" w14:textId="77777777" w:rsidR="00552B38" w:rsidRPr="00552B38" w:rsidRDefault="00552B38" w:rsidP="00552B38">
      <w:pPr>
        <w:rPr>
          <w:lang w:val="pl-PL"/>
        </w:rPr>
      </w:pPr>
    </w:p>
    <w:p w14:paraId="419F1837" w14:textId="77777777" w:rsidR="006E5EFD" w:rsidRDefault="00F35F9D">
      <w:pPr>
        <w:rPr>
          <w:u w:val="single"/>
          <w:lang w:val="pl-PL"/>
        </w:rPr>
      </w:pPr>
      <w:r>
        <w:br/>
      </w:r>
      <w:r w:rsidRPr="00552B38">
        <w:rPr>
          <w:u w:val="single"/>
          <w:lang w:val="pl-PL"/>
        </w:rPr>
        <w:t>Instrukcja:</w:t>
      </w:r>
    </w:p>
    <w:p w14:paraId="5F99357A" w14:textId="7C2569B0" w:rsidR="00E053C5" w:rsidRPr="006E5EFD" w:rsidRDefault="00552B38" w:rsidP="006E5EFD">
      <w:pPr>
        <w:pStyle w:val="Akapitzlist"/>
        <w:numPr>
          <w:ilvl w:val="0"/>
          <w:numId w:val="11"/>
        </w:numPr>
        <w:rPr>
          <w:u w:val="single"/>
          <w:lang w:val="pl-PL"/>
        </w:rPr>
      </w:pPr>
      <w:r w:rsidRPr="006E5EFD">
        <w:rPr>
          <w:lang w:val="pl-PL"/>
        </w:rPr>
        <w:t>Zgłoszenie jest ważne tylko z kompletną listą co najmniej 10 osób popierających kandydata.</w:t>
      </w:r>
    </w:p>
    <w:p w14:paraId="7AE1075B" w14:textId="62979103" w:rsidR="006E5EFD" w:rsidRDefault="006E5EFD">
      <w:pPr>
        <w:rPr>
          <w:lang w:val="pl-PL"/>
        </w:rPr>
      </w:pPr>
      <w:r w:rsidRPr="006E5EFD">
        <w:rPr>
          <w:lang w:val="pl-PL"/>
        </w:rPr>
        <w:t>* Pola oznaczone gwiazdką są obowiązkowe do wypełnienia</w:t>
      </w:r>
    </w:p>
    <w:p w14:paraId="66E2B6F5" w14:textId="77777777" w:rsidR="000B7E2C" w:rsidRDefault="000B7E2C">
      <w:pPr>
        <w:rPr>
          <w:lang w:val="pl-PL"/>
        </w:rPr>
      </w:pPr>
    </w:p>
    <w:p w14:paraId="4EE9ACB8" w14:textId="77777777" w:rsidR="000B7E2C" w:rsidRDefault="000B7E2C">
      <w:pPr>
        <w:rPr>
          <w:lang w:val="pl-PL"/>
        </w:rPr>
      </w:pPr>
    </w:p>
    <w:p w14:paraId="48017FD9" w14:textId="77777777" w:rsidR="000B7E2C" w:rsidRDefault="000B7E2C">
      <w:pPr>
        <w:rPr>
          <w:lang w:val="pl-PL"/>
        </w:rPr>
      </w:pPr>
    </w:p>
    <w:p w14:paraId="1ACD7D70" w14:textId="77777777" w:rsidR="000B7E2C" w:rsidRDefault="000B7E2C">
      <w:pPr>
        <w:rPr>
          <w:lang w:val="pl-PL"/>
        </w:rPr>
      </w:pPr>
    </w:p>
    <w:p w14:paraId="580DD6B9" w14:textId="77777777" w:rsidR="000B7E2C" w:rsidRDefault="000B7E2C">
      <w:pPr>
        <w:rPr>
          <w:lang w:val="pl-PL"/>
        </w:rPr>
      </w:pPr>
    </w:p>
    <w:p w14:paraId="042837A3" w14:textId="77777777" w:rsidR="000B7E2C" w:rsidRDefault="000B7E2C">
      <w:pPr>
        <w:rPr>
          <w:lang w:val="pl-PL"/>
        </w:rPr>
      </w:pPr>
    </w:p>
    <w:p w14:paraId="76DA2F3F" w14:textId="77777777" w:rsidR="000B7E2C" w:rsidRDefault="000B7E2C">
      <w:pPr>
        <w:rPr>
          <w:lang w:val="pl-PL"/>
        </w:rPr>
      </w:pPr>
    </w:p>
    <w:p w14:paraId="3D360128" w14:textId="77777777" w:rsidR="000B7E2C" w:rsidRDefault="000B7E2C">
      <w:pPr>
        <w:rPr>
          <w:lang w:val="pl-PL"/>
        </w:rPr>
      </w:pPr>
    </w:p>
    <w:p w14:paraId="685E43BF" w14:textId="77777777" w:rsidR="000B7E2C" w:rsidRDefault="000B7E2C">
      <w:pPr>
        <w:rPr>
          <w:lang w:val="pl-PL"/>
        </w:rPr>
      </w:pPr>
    </w:p>
    <w:p w14:paraId="27FAAE38" w14:textId="77777777" w:rsidR="000B7E2C" w:rsidRDefault="000B7E2C">
      <w:pPr>
        <w:rPr>
          <w:lang w:val="pl-PL"/>
        </w:rPr>
      </w:pPr>
    </w:p>
    <w:p w14:paraId="5CD893D4" w14:textId="77777777" w:rsidR="000B7E2C" w:rsidRDefault="000B7E2C">
      <w:pPr>
        <w:rPr>
          <w:lang w:val="pl-PL"/>
        </w:rPr>
      </w:pPr>
    </w:p>
    <w:p w14:paraId="13D3786E" w14:textId="77777777" w:rsidR="000B7E2C" w:rsidRDefault="000B7E2C">
      <w:pPr>
        <w:rPr>
          <w:lang w:val="pl-PL"/>
        </w:rPr>
      </w:pPr>
    </w:p>
    <w:p w14:paraId="3E4646FE" w14:textId="77777777" w:rsidR="000B7E2C" w:rsidRDefault="000B7E2C">
      <w:pPr>
        <w:rPr>
          <w:lang w:val="pl-PL"/>
        </w:rPr>
      </w:pPr>
    </w:p>
    <w:p w14:paraId="0D8012B1" w14:textId="77777777" w:rsidR="000B7E2C" w:rsidRDefault="000B7E2C">
      <w:pPr>
        <w:rPr>
          <w:lang w:val="pl-PL"/>
        </w:rPr>
      </w:pPr>
    </w:p>
    <w:p w14:paraId="01B7AC59" w14:textId="77777777" w:rsidR="000B7E2C" w:rsidRDefault="000B7E2C">
      <w:pPr>
        <w:rPr>
          <w:lang w:val="pl-PL"/>
        </w:rPr>
      </w:pPr>
    </w:p>
    <w:p w14:paraId="3426847D" w14:textId="77777777" w:rsidR="00850BD8" w:rsidRDefault="00850BD8">
      <w:pPr>
        <w:rPr>
          <w:lang w:val="pl-PL"/>
        </w:rPr>
      </w:pPr>
    </w:p>
    <w:p w14:paraId="00908E42" w14:textId="77777777" w:rsidR="00850BD8" w:rsidRDefault="00850BD8">
      <w:pPr>
        <w:rPr>
          <w:lang w:val="pl-PL"/>
        </w:rPr>
      </w:pPr>
    </w:p>
    <w:p w14:paraId="377FA3CC" w14:textId="2BE48274" w:rsidR="008F72AA" w:rsidRPr="00AC263B" w:rsidRDefault="000B7E2C" w:rsidP="00AC263B">
      <w:pPr>
        <w:pStyle w:val="Akapitzlist"/>
        <w:spacing w:after="0" w:line="240" w:lineRule="auto"/>
        <w:ind w:left="0"/>
        <w:rPr>
          <w:rFonts w:cstheme="majorHAnsi"/>
          <w:shd w:val="clear" w:color="auto" w:fill="FFFFFF"/>
          <w:lang w:val="pl-PL"/>
        </w:rPr>
      </w:pPr>
      <w:r w:rsidRPr="00716A75">
        <w:rPr>
          <w:rFonts w:cstheme="majorHAnsi"/>
          <w:b/>
          <w:bCs/>
          <w:shd w:val="clear" w:color="auto" w:fill="FFFFFF"/>
          <w:lang w:val="pl-PL"/>
        </w:rPr>
        <w:lastRenderedPageBreak/>
        <w:t>KLAUZULAINFORMACYJNA</w:t>
      </w:r>
      <w:r w:rsidR="00716A75" w:rsidRPr="00716A75">
        <w:rPr>
          <w:rFonts w:cstheme="majorHAnsi"/>
          <w:b/>
          <w:bCs/>
          <w:lang w:val="pl-PL"/>
        </w:rPr>
        <w:t xml:space="preserve"> </w:t>
      </w:r>
      <w:r w:rsidRPr="00716A75">
        <w:rPr>
          <w:rFonts w:cstheme="majorHAnsi"/>
          <w:b/>
          <w:bCs/>
          <w:shd w:val="clear" w:color="auto" w:fill="FFFFFF"/>
          <w:lang w:val="pl-PL"/>
        </w:rPr>
        <w:t>(dla członków Młodzieżowej Rady Miejskiej w mieście i gminie</w:t>
      </w:r>
      <w:r>
        <w:rPr>
          <w:rFonts w:cstheme="majorHAnsi"/>
          <w:shd w:val="clear" w:color="auto" w:fill="FFFFFF"/>
          <w:lang w:val="pl-PL"/>
        </w:rPr>
        <w:t xml:space="preserve"> </w:t>
      </w:r>
      <w:r w:rsidRPr="00716A75">
        <w:rPr>
          <w:rFonts w:cstheme="majorHAnsi"/>
          <w:b/>
          <w:bCs/>
          <w:shd w:val="clear" w:color="auto" w:fill="FFFFFF"/>
          <w:lang w:val="pl-PL"/>
        </w:rPr>
        <w:t>Chorzele)</w:t>
      </w:r>
      <w:r w:rsidRPr="000B7E2C">
        <w:rPr>
          <w:rFonts w:cstheme="majorHAnsi"/>
          <w:lang w:val="pl-PL"/>
        </w:rPr>
        <w:br/>
      </w:r>
      <w:r w:rsidRPr="000B7E2C">
        <w:rPr>
          <w:rFonts w:cstheme="majorHAnsi"/>
          <w:lang w:val="pl-PL"/>
        </w:rPr>
        <w:br/>
      </w:r>
      <w:r w:rsidRPr="00AC263B">
        <w:rPr>
          <w:rFonts w:cstheme="majorHAnsi"/>
          <w:shd w:val="clear" w:color="auto" w:fill="FFFFFF"/>
          <w:lang w:val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dnia 04 maja 2016 r., s. 1 z późn. zm.), zwanego dalej RODO, informuję, że:</w:t>
      </w:r>
      <w:r w:rsidRPr="00AC263B">
        <w:rPr>
          <w:rFonts w:cstheme="majorHAnsi"/>
          <w:lang w:val="pl-PL"/>
        </w:rPr>
        <w:br/>
      </w:r>
      <w:r w:rsidRPr="00AC263B">
        <w:rPr>
          <w:rFonts w:cstheme="majorHAnsi"/>
          <w:lang w:val="pl-PL"/>
        </w:rPr>
        <w:br/>
      </w:r>
      <w:r w:rsidRPr="00AC263B">
        <w:rPr>
          <w:rFonts w:cstheme="majorHAnsi"/>
          <w:shd w:val="clear" w:color="auto" w:fill="FFFFFF"/>
          <w:lang w:val="pl-PL"/>
        </w:rPr>
        <w:t xml:space="preserve">1) </w:t>
      </w:r>
      <w:r w:rsidR="00716A75" w:rsidRPr="00AC263B">
        <w:rPr>
          <w:lang w:val="pl-PL"/>
        </w:rPr>
        <w:t>Administratorem Pani/Pana danych osobowych, oraz danych osobowych dziecka znajdującego się pod Pani/Pana opieką prawną jest…………………………………………………</w:t>
      </w:r>
    </w:p>
    <w:p w14:paraId="4DA8A226" w14:textId="77777777" w:rsidR="00AC263B" w:rsidRDefault="00AC263B" w:rsidP="00AC263B">
      <w:pPr>
        <w:spacing w:after="0" w:line="240" w:lineRule="auto"/>
        <w:jc w:val="both"/>
        <w:rPr>
          <w:rFonts w:cstheme="majorHAnsi"/>
          <w:shd w:val="clear" w:color="auto" w:fill="FFFFFF"/>
          <w:lang w:val="pl-PL"/>
        </w:rPr>
      </w:pPr>
    </w:p>
    <w:p w14:paraId="0B60BBF7" w14:textId="4A80E39C" w:rsidR="008F72AA" w:rsidRPr="00AC263B" w:rsidRDefault="000B7E2C" w:rsidP="00AC263B">
      <w:pPr>
        <w:spacing w:after="0" w:line="240" w:lineRule="auto"/>
        <w:jc w:val="both"/>
        <w:rPr>
          <w:rFonts w:cstheme="majorHAnsi"/>
          <w:shd w:val="clear" w:color="auto" w:fill="FFFFFF"/>
          <w:lang w:val="pl-PL"/>
        </w:rPr>
      </w:pPr>
      <w:r w:rsidRPr="00AC263B">
        <w:rPr>
          <w:rFonts w:cstheme="majorHAnsi"/>
          <w:shd w:val="clear" w:color="auto" w:fill="FFFFFF"/>
          <w:lang w:val="pl-PL"/>
        </w:rPr>
        <w:t xml:space="preserve">2) Powołano Inspektora Ochrony Danych, który chętnie pomoże Państwu we wszystkich kwestiach związanych z ochroną danych osobowych. Kontakt z Inspektorem jest możliwy pod adresem e-mail: </w:t>
      </w:r>
      <w:r w:rsidR="00716A75" w:rsidRPr="00AC263B">
        <w:rPr>
          <w:rFonts w:cstheme="majorHAnsi"/>
          <w:shd w:val="clear" w:color="auto" w:fill="FFFFFF"/>
          <w:lang w:val="pl-PL"/>
        </w:rPr>
        <w:t>………………..</w:t>
      </w:r>
      <w:r w:rsidRPr="00AC263B">
        <w:rPr>
          <w:rFonts w:cstheme="majorHAnsi"/>
          <w:shd w:val="clear" w:color="auto" w:fill="FFFFFF"/>
          <w:lang w:val="pl-PL"/>
        </w:rPr>
        <w:t xml:space="preserve"> lub telefonicznie </w:t>
      </w:r>
      <w:r w:rsidR="00716A75" w:rsidRPr="00AC263B">
        <w:rPr>
          <w:rFonts w:cstheme="majorHAnsi"/>
          <w:shd w:val="clear" w:color="auto" w:fill="FFFFFF"/>
          <w:lang w:val="pl-PL"/>
        </w:rPr>
        <w:t xml:space="preserve">………………………………………… </w:t>
      </w:r>
    </w:p>
    <w:p w14:paraId="4573F401" w14:textId="77777777" w:rsidR="00AC263B" w:rsidRDefault="00AC263B" w:rsidP="00AC263B">
      <w:pPr>
        <w:spacing w:after="0" w:line="240" w:lineRule="auto"/>
        <w:jc w:val="both"/>
        <w:rPr>
          <w:rFonts w:cstheme="majorHAnsi"/>
          <w:shd w:val="clear" w:color="auto" w:fill="FFFFFF"/>
          <w:lang w:val="pl-PL"/>
        </w:rPr>
      </w:pPr>
    </w:p>
    <w:p w14:paraId="630F61F4" w14:textId="5BAAE083" w:rsidR="0060732C" w:rsidRPr="00AC263B" w:rsidRDefault="000B7E2C" w:rsidP="00AC263B">
      <w:pPr>
        <w:spacing w:after="0" w:line="240" w:lineRule="auto"/>
        <w:jc w:val="both"/>
        <w:rPr>
          <w:rFonts w:cstheme="majorHAnsi"/>
          <w:shd w:val="clear" w:color="auto" w:fill="FFFFFF"/>
          <w:lang w:val="pl-PL"/>
        </w:rPr>
      </w:pPr>
      <w:r w:rsidRPr="00AC263B">
        <w:rPr>
          <w:rFonts w:cstheme="majorHAnsi"/>
          <w:shd w:val="clear" w:color="auto" w:fill="FFFFFF"/>
          <w:lang w:val="pl-PL"/>
        </w:rPr>
        <w:t xml:space="preserve">3) </w:t>
      </w:r>
      <w:r w:rsidR="00411FED" w:rsidRPr="00AC263B">
        <w:rPr>
          <w:shd w:val="clear" w:color="auto" w:fill="FFFFFF"/>
          <w:lang w:val="pl-PL"/>
        </w:rPr>
        <w:t>Dane osobowe kandydata na członka Młodzieżowej Rady Miejskiej w mieście i gminie Chorzele oraz Jego rodziców/prawnych opiekunów będą przetwarzane w związku z kandydowaniem do Młodzieżowej Rady Miejskiej a także z obowiązkami Administratora wynikającymi z obowiązujących przepisów prawa. </w:t>
      </w:r>
      <w:r w:rsidR="004025B7" w:rsidRPr="00AC263B">
        <w:rPr>
          <w:rFonts w:cstheme="majorHAnsi"/>
          <w:shd w:val="clear" w:color="auto" w:fill="FFFFFF"/>
          <w:lang w:val="pl-PL"/>
        </w:rPr>
        <w:t>Podstawą prawną przetwarzania jest niezbędność wypełnienia obowiązku prawnego ciążącego na Administratorze (art. 6 ust. 1 lit. c RODO). W przypadku danych, których obowiązek podania nie wynika z przepisu prawa (nr. telefonu., adres e-mail), Twoje dane osobowe przetwarzane będą na podstawie zgody (art. 6 ust.1 lit. a RODO) w celu ułatwienia kontaktu.</w:t>
      </w:r>
    </w:p>
    <w:p w14:paraId="03A4D57E" w14:textId="77777777" w:rsidR="00AC263B" w:rsidRDefault="00AC263B" w:rsidP="00AC263B">
      <w:pPr>
        <w:spacing w:after="0" w:line="240" w:lineRule="auto"/>
        <w:jc w:val="both"/>
        <w:rPr>
          <w:rFonts w:cstheme="majorHAnsi"/>
          <w:shd w:val="clear" w:color="auto" w:fill="FFFFFF"/>
          <w:lang w:val="pl-PL"/>
        </w:rPr>
      </w:pPr>
    </w:p>
    <w:p w14:paraId="38534132" w14:textId="336E925F" w:rsidR="007E2947" w:rsidRPr="00B415DB" w:rsidRDefault="000B7E2C" w:rsidP="00AC263B">
      <w:pPr>
        <w:spacing w:after="0" w:line="240" w:lineRule="auto"/>
        <w:jc w:val="both"/>
        <w:rPr>
          <w:rFonts w:eastAsia="Times New Roman" w:cs="Times New Roman"/>
          <w:lang w:val="pl-PL" w:eastAsia="pl-PL"/>
        </w:rPr>
      </w:pPr>
      <w:r w:rsidRPr="00AC263B">
        <w:rPr>
          <w:rFonts w:cstheme="majorHAnsi"/>
          <w:shd w:val="clear" w:color="auto" w:fill="FFFFFF"/>
          <w:lang w:val="pl-PL"/>
        </w:rPr>
        <w:t xml:space="preserve">4) </w:t>
      </w:r>
      <w:r w:rsidR="007E2947" w:rsidRPr="007E2947">
        <w:rPr>
          <w:spacing w:val="-5"/>
          <w:shd w:val="clear" w:color="auto" w:fill="FFFFFF"/>
          <w:lang w:val="pl-PL"/>
        </w:rPr>
        <w:t>Pani/Pana dane mogą zostać przekazane podmiotom zewnętrznym na podstawie umowy powierzenia przetwarzania danych osobowych</w:t>
      </w:r>
      <w:r w:rsidR="00B415DB">
        <w:rPr>
          <w:spacing w:val="-5"/>
          <w:shd w:val="clear" w:color="auto" w:fill="FFFFFF"/>
          <w:lang w:val="pl-PL"/>
        </w:rPr>
        <w:t xml:space="preserve"> i przetwarzającym je wyłącznie na polecenie Administratora</w:t>
      </w:r>
      <w:r w:rsidR="007E2947" w:rsidRPr="007E2947">
        <w:rPr>
          <w:spacing w:val="-5"/>
          <w:shd w:val="clear" w:color="auto" w:fill="FFFFFF"/>
          <w:lang w:val="pl-PL"/>
        </w:rPr>
        <w:t>, a także podmiotom lub organom uprawnionym na podstawie przepisów prawa.</w:t>
      </w:r>
      <w:r w:rsidR="00B415DB">
        <w:rPr>
          <w:spacing w:val="-5"/>
          <w:shd w:val="clear" w:color="auto" w:fill="FFFFFF"/>
          <w:lang w:val="pl-PL"/>
        </w:rPr>
        <w:t xml:space="preserve"> Państwa dane zostaną przekazane Gminnej Komisji w celu ustalenia wyników wyborów i sporządzenia protokołu zbiorczego z wyborów.</w:t>
      </w:r>
    </w:p>
    <w:p w14:paraId="6A9670F4" w14:textId="77777777" w:rsidR="00B415DB" w:rsidRDefault="00B415DB" w:rsidP="00AC263B">
      <w:pPr>
        <w:spacing w:after="0" w:line="240" w:lineRule="auto"/>
        <w:jc w:val="both"/>
        <w:rPr>
          <w:rFonts w:ascii="Calibri" w:hAnsi="Calibri" w:cs="Calibri"/>
          <w:lang w:val="pl-PL"/>
        </w:rPr>
      </w:pPr>
    </w:p>
    <w:p w14:paraId="5B6FA170" w14:textId="33F21EDA" w:rsidR="00AC263B" w:rsidRDefault="000B7E2C" w:rsidP="00AC263B">
      <w:pPr>
        <w:spacing w:after="0" w:line="240" w:lineRule="auto"/>
        <w:jc w:val="both"/>
        <w:rPr>
          <w:rFonts w:cstheme="majorHAnsi"/>
          <w:shd w:val="clear" w:color="auto" w:fill="FFFFFF"/>
          <w:lang w:val="pl-PL"/>
        </w:rPr>
      </w:pPr>
      <w:r w:rsidRPr="00AC263B">
        <w:rPr>
          <w:rFonts w:cstheme="majorHAnsi"/>
          <w:shd w:val="clear" w:color="auto" w:fill="FFFFFF"/>
          <w:lang w:val="pl-PL"/>
        </w:rPr>
        <w:t xml:space="preserve">5) </w:t>
      </w:r>
      <w:r w:rsidR="004025B7" w:rsidRPr="00AC263B">
        <w:rPr>
          <w:rFonts w:cstheme="majorHAnsi"/>
          <w:shd w:val="clear" w:color="auto" w:fill="FFFFFF"/>
          <w:lang w:val="pl-PL"/>
        </w:rPr>
        <w:t>Państwa</w:t>
      </w:r>
      <w:r w:rsidRPr="00AC263B">
        <w:rPr>
          <w:rFonts w:cstheme="majorHAnsi"/>
          <w:shd w:val="clear" w:color="auto" w:fill="FFFFFF"/>
          <w:lang w:val="pl-PL"/>
        </w:rPr>
        <w:t xml:space="preserve"> dane osobowe nie będą przekazywane do państwa trzeciego lub organizacji międzynarodowej</w:t>
      </w:r>
      <w:r w:rsidR="008F72AA" w:rsidRPr="00AC263B">
        <w:rPr>
          <w:rFonts w:cstheme="majorHAnsi"/>
          <w:shd w:val="clear" w:color="auto" w:fill="FFFFFF"/>
          <w:lang w:val="pl-PL"/>
        </w:rPr>
        <w:t>.</w:t>
      </w:r>
    </w:p>
    <w:p w14:paraId="17760F9E" w14:textId="77777777" w:rsidR="00AC263B" w:rsidRDefault="00AC263B" w:rsidP="00AC263B">
      <w:pPr>
        <w:spacing w:after="0" w:line="240" w:lineRule="auto"/>
        <w:jc w:val="both"/>
        <w:rPr>
          <w:rFonts w:cstheme="majorHAnsi"/>
          <w:shd w:val="clear" w:color="auto" w:fill="FFFFFF"/>
          <w:lang w:val="pl-PL"/>
        </w:rPr>
      </w:pPr>
    </w:p>
    <w:p w14:paraId="7A6F6D97" w14:textId="10E0FBDF" w:rsidR="00716A75" w:rsidRPr="00AC263B" w:rsidRDefault="000B7E2C" w:rsidP="00AC263B">
      <w:pPr>
        <w:spacing w:line="240" w:lineRule="auto"/>
        <w:rPr>
          <w:lang w:val="pl-PL"/>
        </w:rPr>
      </w:pPr>
      <w:r w:rsidRPr="00AC263B">
        <w:rPr>
          <w:rFonts w:cstheme="majorHAnsi"/>
          <w:shd w:val="clear" w:color="auto" w:fill="FFFFFF"/>
          <w:lang w:val="pl-PL"/>
        </w:rPr>
        <w:t xml:space="preserve">6) </w:t>
      </w:r>
      <w:r w:rsidR="00716A75" w:rsidRPr="00AC263B">
        <w:rPr>
          <w:lang w:val="pl-PL"/>
        </w:rPr>
        <w:t>Dane osobowe będą przetwarzane przez okres pobierania nauki w szkole, a następnie przez okres niezbędny do archiwizacji, zgodnie z obowiązującymi w tym zakresi</w:t>
      </w:r>
      <w:r w:rsidR="00AC263B">
        <w:rPr>
          <w:lang w:val="pl-PL"/>
        </w:rPr>
        <w:t xml:space="preserve">e </w:t>
      </w:r>
      <w:r w:rsidR="00716A75" w:rsidRPr="00AC263B">
        <w:rPr>
          <w:lang w:val="pl-PL"/>
        </w:rPr>
        <w:t>przepisami prawa, lub do czasu wycofania zgody, o której mowa w pkt. 3</w:t>
      </w:r>
      <w:r w:rsidR="004025B7" w:rsidRPr="00AC263B">
        <w:rPr>
          <w:lang w:val="pl-PL"/>
        </w:rPr>
        <w:t>.</w:t>
      </w:r>
    </w:p>
    <w:p w14:paraId="633253C0" w14:textId="77777777" w:rsidR="0060732C" w:rsidRPr="00AC263B" w:rsidRDefault="000B7E2C" w:rsidP="00AC263B">
      <w:pPr>
        <w:spacing w:line="240" w:lineRule="auto"/>
        <w:rPr>
          <w:rFonts w:cstheme="majorHAnsi"/>
          <w:shd w:val="clear" w:color="auto" w:fill="FFFFFF"/>
          <w:lang w:val="pl-PL"/>
        </w:rPr>
      </w:pPr>
      <w:r w:rsidRPr="00AC263B">
        <w:rPr>
          <w:rFonts w:cstheme="majorHAnsi"/>
          <w:shd w:val="clear" w:color="auto" w:fill="FFFFFF"/>
          <w:lang w:val="pl-PL"/>
        </w:rPr>
        <w:t xml:space="preserve">7) </w:t>
      </w:r>
      <w:r w:rsidR="0060732C" w:rsidRPr="00AC263B">
        <w:rPr>
          <w:rFonts w:cstheme="majorHAnsi"/>
          <w:shd w:val="clear" w:color="auto" w:fill="FFFFFF"/>
          <w:lang w:val="pl-PL"/>
        </w:rPr>
        <w:t>W związku z przetwarzaniem danych osobowych, przysługują Państwu następujące prawa:</w:t>
      </w:r>
    </w:p>
    <w:p w14:paraId="1CC3CD7C" w14:textId="77777777" w:rsidR="0060732C" w:rsidRPr="0060732C" w:rsidRDefault="0060732C" w:rsidP="00AC263B">
      <w:pPr>
        <w:pStyle w:val="Akapitzlist"/>
        <w:numPr>
          <w:ilvl w:val="1"/>
          <w:numId w:val="14"/>
        </w:numPr>
        <w:spacing w:line="240" w:lineRule="auto"/>
        <w:rPr>
          <w:rFonts w:cstheme="majorHAnsi"/>
          <w:shd w:val="clear" w:color="auto" w:fill="FFFFFF"/>
          <w:lang w:val="pl-PL"/>
        </w:rPr>
      </w:pPr>
      <w:r w:rsidRPr="0060732C">
        <w:rPr>
          <w:rFonts w:cstheme="majorHAnsi"/>
          <w:u w:val="single"/>
          <w:shd w:val="clear" w:color="auto" w:fill="FFFFFF"/>
          <w:lang w:val="pl-PL"/>
        </w:rPr>
        <w:t>jeżeli przetwarzanie odbywa się na podstawie art. 6 ust. 1 lit. c RODO</w:t>
      </w:r>
      <w:r w:rsidRPr="0060732C">
        <w:rPr>
          <w:rFonts w:cstheme="majorHAnsi"/>
          <w:shd w:val="clear" w:color="auto" w:fill="FFFFFF"/>
          <w:lang w:val="pl-PL"/>
        </w:rPr>
        <w:t> – prawo dostępu do swoich danych oraz otrzymania ich kopii lub sprostowania swoich danych osobo</w:t>
      </w:r>
      <w:r w:rsidRPr="0060732C">
        <w:rPr>
          <w:rFonts w:cstheme="majorHAnsi"/>
          <w:shd w:val="clear" w:color="auto" w:fill="FFFFFF"/>
          <w:lang w:val="pl-PL"/>
        </w:rPr>
        <w:softHyphen/>
        <w:t>wych lub do ograniczenia przetwarzania danych osobowych lub żądania usunięcia da</w:t>
      </w:r>
      <w:r w:rsidRPr="0060732C">
        <w:rPr>
          <w:rFonts w:cstheme="majorHAnsi"/>
          <w:shd w:val="clear" w:color="auto" w:fill="FFFFFF"/>
          <w:lang w:val="pl-PL"/>
        </w:rPr>
        <w:softHyphen/>
        <w:t>nych, o ile znajdzie zastosowanie jedna z przesłanek z art. 17 ust. 1 RODO;</w:t>
      </w:r>
    </w:p>
    <w:p w14:paraId="1EAED4A2" w14:textId="1E753B4E" w:rsidR="0060732C" w:rsidRPr="0060732C" w:rsidRDefault="0060732C" w:rsidP="00AC263B">
      <w:pPr>
        <w:pStyle w:val="Akapitzlist"/>
        <w:numPr>
          <w:ilvl w:val="1"/>
          <w:numId w:val="14"/>
        </w:numPr>
        <w:spacing w:line="240" w:lineRule="auto"/>
        <w:rPr>
          <w:rFonts w:cstheme="majorHAnsi"/>
          <w:shd w:val="clear" w:color="auto" w:fill="FFFFFF"/>
          <w:lang w:val="pl-PL"/>
        </w:rPr>
      </w:pPr>
      <w:r w:rsidRPr="0060732C">
        <w:rPr>
          <w:rFonts w:cstheme="majorHAnsi"/>
          <w:u w:val="single"/>
          <w:shd w:val="clear" w:color="auto" w:fill="FFFFFF"/>
          <w:lang w:val="pl-PL"/>
        </w:rPr>
        <w:t>jeżeli przetwarzanie odbywa się na podstawie art. 6 ust. 1 lit. b RODO</w:t>
      </w:r>
      <w:r w:rsidRPr="0060732C">
        <w:rPr>
          <w:rFonts w:cstheme="majorHAnsi"/>
          <w:shd w:val="clear" w:color="auto" w:fill="FFFFFF"/>
          <w:lang w:val="pl-PL"/>
        </w:rPr>
        <w:t> – prawo do żą</w:t>
      </w:r>
      <w:r w:rsidRPr="0060732C">
        <w:rPr>
          <w:rFonts w:cstheme="majorHAnsi"/>
          <w:shd w:val="clear" w:color="auto" w:fill="FFFFFF"/>
          <w:lang w:val="pl-PL"/>
        </w:rPr>
        <w:softHyphen/>
        <w:t>dania od Administratora dostępu do swoich danych osobowych oraz otrzymania ich ko</w:t>
      </w:r>
      <w:r w:rsidRPr="0060732C">
        <w:rPr>
          <w:rFonts w:cstheme="majorHAnsi"/>
          <w:shd w:val="clear" w:color="auto" w:fill="FFFFFF"/>
          <w:lang w:val="pl-PL"/>
        </w:rPr>
        <w:softHyphen/>
        <w:t>pii, ich sprostowania, usunięcia (w przypadku gdy nie są już niezbędne do celów,</w:t>
      </w:r>
      <w:r w:rsidR="00AC263B">
        <w:rPr>
          <w:rFonts w:cstheme="majorHAnsi"/>
          <w:shd w:val="clear" w:color="auto" w:fill="FFFFFF"/>
          <w:lang w:val="pl-PL"/>
        </w:rPr>
        <w:t xml:space="preserve"> </w:t>
      </w:r>
      <w:r w:rsidRPr="0060732C">
        <w:rPr>
          <w:rFonts w:cstheme="majorHAnsi"/>
          <w:shd w:val="clear" w:color="auto" w:fill="FFFFFF"/>
          <w:lang w:val="pl-PL"/>
        </w:rPr>
        <w:t xml:space="preserve">w których zostały zebrane lub w inny sposób przetwarzane) </w:t>
      </w:r>
      <w:r w:rsidRPr="0060732C">
        <w:rPr>
          <w:rFonts w:cstheme="majorHAnsi"/>
          <w:shd w:val="clear" w:color="auto" w:fill="FFFFFF"/>
          <w:lang w:val="pl-PL"/>
        </w:rPr>
        <w:lastRenderedPageBreak/>
        <w:t>lub ograniczenia przetwa</w:t>
      </w:r>
      <w:r w:rsidRPr="0060732C">
        <w:rPr>
          <w:rFonts w:cstheme="majorHAnsi"/>
          <w:shd w:val="clear" w:color="auto" w:fill="FFFFFF"/>
          <w:lang w:val="pl-PL"/>
        </w:rPr>
        <w:softHyphen/>
        <w:t>rzania lub do wniesienia sprzeciwu wobec przetwarzania, a także prawo do przenoszenia danych;</w:t>
      </w:r>
    </w:p>
    <w:p w14:paraId="34200260" w14:textId="3BE5C069" w:rsidR="0060732C" w:rsidRPr="0060732C" w:rsidRDefault="0060732C" w:rsidP="00AC263B">
      <w:pPr>
        <w:pStyle w:val="Akapitzlist"/>
        <w:numPr>
          <w:ilvl w:val="1"/>
          <w:numId w:val="14"/>
        </w:numPr>
        <w:spacing w:line="240" w:lineRule="auto"/>
        <w:rPr>
          <w:rFonts w:cstheme="majorHAnsi"/>
          <w:shd w:val="clear" w:color="auto" w:fill="FFFFFF"/>
          <w:lang w:val="pl-PL"/>
        </w:rPr>
      </w:pPr>
      <w:r w:rsidRPr="0060732C">
        <w:rPr>
          <w:rFonts w:cstheme="majorHAnsi"/>
          <w:u w:val="single"/>
          <w:shd w:val="clear" w:color="auto" w:fill="FFFFFF"/>
          <w:lang w:val="pl-PL"/>
        </w:rPr>
        <w:t>jeżeli przetwarzanie odbywa się na podstawie art. 6 ust. 1 lit. a lub art. 9 ust. 2 lit. a RODO</w:t>
      </w:r>
      <w:r w:rsidRPr="0060732C">
        <w:rPr>
          <w:rFonts w:cstheme="majorHAnsi"/>
          <w:shd w:val="clear" w:color="auto" w:fill="FFFFFF"/>
          <w:lang w:val="pl-PL"/>
        </w:rPr>
        <w:t> – prawo do cofnięcia zgody w dowolnym momencie bez wpływu na zgodność z prawem przetwarzania, którego dokonano na podstawie zgody przed jej cofnięciem,</w:t>
      </w:r>
      <w:r w:rsidR="00AC263B">
        <w:rPr>
          <w:rFonts w:cstheme="majorHAnsi"/>
          <w:shd w:val="clear" w:color="auto" w:fill="FFFFFF"/>
          <w:lang w:val="pl-PL"/>
        </w:rPr>
        <w:t xml:space="preserve"> </w:t>
      </w:r>
      <w:r w:rsidRPr="0060732C">
        <w:rPr>
          <w:rFonts w:cstheme="majorHAnsi"/>
          <w:shd w:val="clear" w:color="auto" w:fill="FFFFFF"/>
          <w:lang w:val="pl-PL"/>
        </w:rPr>
        <w:t>a także prawo do żądania od Administratora dostępu do swoich danych osobowych oraz otrzymania ich kopii, ich sprostowania, usunięcia lub ograniczenia przetwarzania lub do wniesienia sprzeciwu wobec przetwarzania, a także prawo do przenoszenia danych;</w:t>
      </w:r>
    </w:p>
    <w:p w14:paraId="6B7866EF" w14:textId="40047B5E" w:rsidR="008F72AA" w:rsidRPr="00AC263B" w:rsidRDefault="0060732C" w:rsidP="00AC263B">
      <w:pPr>
        <w:pStyle w:val="Akapitzlist"/>
        <w:numPr>
          <w:ilvl w:val="1"/>
          <w:numId w:val="14"/>
        </w:numPr>
        <w:spacing w:line="240" w:lineRule="auto"/>
        <w:rPr>
          <w:rFonts w:cstheme="majorHAnsi"/>
          <w:shd w:val="clear" w:color="auto" w:fill="FFFFFF"/>
          <w:lang w:val="pl-PL"/>
        </w:rPr>
      </w:pPr>
      <w:r w:rsidRPr="0060732C">
        <w:rPr>
          <w:rFonts w:cstheme="majorHAnsi"/>
          <w:shd w:val="clear" w:color="auto" w:fill="FFFFFF"/>
          <w:lang w:val="pl-PL"/>
        </w:rPr>
        <w:t>prawo wniesienia skargi do Prezesa Urzędu Ochrony Danych Osobowych (ul. Stawki 2, 00-193 Warszawa), w sytuacji, gdy uznają Państwo, że przetwarzanie danych osobo</w:t>
      </w:r>
      <w:r w:rsidRPr="0060732C">
        <w:rPr>
          <w:rFonts w:cstheme="majorHAnsi"/>
          <w:shd w:val="clear" w:color="auto" w:fill="FFFFFF"/>
          <w:lang w:val="pl-PL"/>
        </w:rPr>
        <w:softHyphen/>
        <w:t>wych narusza przepisy ogólnego rozporządzenia o ochronie danych osobowych (RODO);</w:t>
      </w:r>
    </w:p>
    <w:p w14:paraId="3E847856" w14:textId="1B693419" w:rsidR="008F72AA" w:rsidRPr="00AC263B" w:rsidRDefault="000B7E2C" w:rsidP="00AC263B">
      <w:pPr>
        <w:spacing w:after="0" w:line="240" w:lineRule="auto"/>
        <w:jc w:val="both"/>
        <w:rPr>
          <w:rFonts w:cstheme="majorHAnsi"/>
          <w:shd w:val="clear" w:color="auto" w:fill="FFFFFF"/>
          <w:lang w:val="pl-PL"/>
        </w:rPr>
      </w:pPr>
      <w:r w:rsidRPr="00AC263B">
        <w:rPr>
          <w:rFonts w:cstheme="majorHAnsi"/>
          <w:shd w:val="clear" w:color="auto" w:fill="FFFFFF"/>
          <w:lang w:val="pl-PL"/>
        </w:rPr>
        <w:t> </w:t>
      </w:r>
      <w:r w:rsidR="004025B7" w:rsidRPr="00AC263B">
        <w:rPr>
          <w:rFonts w:cstheme="majorHAnsi"/>
          <w:shd w:val="clear" w:color="auto" w:fill="FFFFFF"/>
          <w:lang w:val="pl-PL"/>
        </w:rPr>
        <w:t>8</w:t>
      </w:r>
      <w:r w:rsidRPr="00AC263B">
        <w:rPr>
          <w:rFonts w:cstheme="majorHAnsi"/>
          <w:shd w:val="clear" w:color="auto" w:fill="FFFFFF"/>
          <w:lang w:val="pl-PL"/>
        </w:rPr>
        <w:t>) Podanie Twoich danych ma charakter dobrowolny. Konsekwencją nie podania danych osobowych może być uniemożliwienie Administratorowi realizacji celów wskazanych w pkt 3.</w:t>
      </w:r>
    </w:p>
    <w:p w14:paraId="17524943" w14:textId="77777777" w:rsidR="00AC263B" w:rsidRDefault="00AC263B" w:rsidP="00AC263B">
      <w:pPr>
        <w:spacing w:after="0" w:line="240" w:lineRule="auto"/>
        <w:jc w:val="both"/>
        <w:rPr>
          <w:rFonts w:cstheme="majorHAnsi"/>
          <w:shd w:val="clear" w:color="auto" w:fill="FFFFFF"/>
          <w:lang w:val="pl-PL"/>
        </w:rPr>
      </w:pPr>
    </w:p>
    <w:p w14:paraId="7CB91E45" w14:textId="0E20B1D1" w:rsidR="000B7E2C" w:rsidRPr="00AC263B" w:rsidRDefault="004025B7" w:rsidP="00AC263B">
      <w:pPr>
        <w:spacing w:after="0" w:line="240" w:lineRule="auto"/>
        <w:jc w:val="both"/>
        <w:rPr>
          <w:rFonts w:eastAsia="Times New Roman"/>
          <w:iCs/>
          <w:lang w:val="pl-PL"/>
        </w:rPr>
      </w:pPr>
      <w:r w:rsidRPr="00AC263B">
        <w:rPr>
          <w:rFonts w:cstheme="majorHAnsi"/>
          <w:shd w:val="clear" w:color="auto" w:fill="FFFFFF"/>
          <w:lang w:val="pl-PL"/>
        </w:rPr>
        <w:t>9</w:t>
      </w:r>
      <w:r w:rsidR="000B7E2C" w:rsidRPr="00AC263B">
        <w:rPr>
          <w:rFonts w:cstheme="majorHAnsi"/>
          <w:shd w:val="clear" w:color="auto" w:fill="FFFFFF"/>
          <w:lang w:val="pl-PL"/>
        </w:rPr>
        <w:t xml:space="preserve">) </w:t>
      </w:r>
      <w:r w:rsidRPr="00AC263B">
        <w:rPr>
          <w:rFonts w:cstheme="majorHAnsi"/>
          <w:shd w:val="clear" w:color="auto" w:fill="FFFFFF"/>
          <w:lang w:val="pl-PL"/>
        </w:rPr>
        <w:t>Państwa</w:t>
      </w:r>
      <w:r w:rsidR="000B7E2C" w:rsidRPr="00AC263B">
        <w:rPr>
          <w:rFonts w:cstheme="majorHAnsi"/>
          <w:shd w:val="clear" w:color="auto" w:fill="FFFFFF"/>
          <w:lang w:val="pl-PL"/>
        </w:rPr>
        <w:t xml:space="preserve"> dane osobowe nie będą wykorzystywane do zautomatyzowanego podejmowania decyzji, w tym do profilowani</w:t>
      </w:r>
      <w:r w:rsidRPr="00AC263B">
        <w:rPr>
          <w:rFonts w:cstheme="majorHAnsi"/>
          <w:shd w:val="clear" w:color="auto" w:fill="FFFFFF"/>
          <w:lang w:val="pl-PL"/>
        </w:rPr>
        <w:t>a.</w:t>
      </w:r>
    </w:p>
    <w:sectPr w:rsidR="000B7E2C" w:rsidRPr="00AC263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753ED6"/>
    <w:multiLevelType w:val="multilevel"/>
    <w:tmpl w:val="D58AC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07A730A"/>
    <w:multiLevelType w:val="multilevel"/>
    <w:tmpl w:val="139EE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4E6DF8"/>
    <w:multiLevelType w:val="hybridMultilevel"/>
    <w:tmpl w:val="0A862250"/>
    <w:lvl w:ilvl="0" w:tplc="B0E8303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3F5973"/>
    <w:multiLevelType w:val="multilevel"/>
    <w:tmpl w:val="CBB67D4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1AE72EA"/>
    <w:multiLevelType w:val="multilevel"/>
    <w:tmpl w:val="9544C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71A648E"/>
    <w:multiLevelType w:val="multilevel"/>
    <w:tmpl w:val="E3F6D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9303CC1"/>
    <w:multiLevelType w:val="multilevel"/>
    <w:tmpl w:val="FCF60F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E437F7D"/>
    <w:multiLevelType w:val="hybridMultilevel"/>
    <w:tmpl w:val="6E3ED5AE"/>
    <w:lvl w:ilvl="0" w:tplc="CE5411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E03AD0"/>
    <w:multiLevelType w:val="hybridMultilevel"/>
    <w:tmpl w:val="9926E6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90475968">
    <w:abstractNumId w:val="8"/>
  </w:num>
  <w:num w:numId="2" w16cid:durableId="1469279214">
    <w:abstractNumId w:val="6"/>
  </w:num>
  <w:num w:numId="3" w16cid:durableId="1595361402">
    <w:abstractNumId w:val="5"/>
  </w:num>
  <w:num w:numId="4" w16cid:durableId="1147012774">
    <w:abstractNumId w:val="4"/>
  </w:num>
  <w:num w:numId="5" w16cid:durableId="124853493">
    <w:abstractNumId w:val="7"/>
  </w:num>
  <w:num w:numId="6" w16cid:durableId="245111510">
    <w:abstractNumId w:val="3"/>
  </w:num>
  <w:num w:numId="7" w16cid:durableId="47841913">
    <w:abstractNumId w:val="2"/>
  </w:num>
  <w:num w:numId="8" w16cid:durableId="1829976852">
    <w:abstractNumId w:val="1"/>
  </w:num>
  <w:num w:numId="9" w16cid:durableId="18821315">
    <w:abstractNumId w:val="0"/>
  </w:num>
  <w:num w:numId="10" w16cid:durableId="910701824">
    <w:abstractNumId w:val="17"/>
  </w:num>
  <w:num w:numId="11" w16cid:durableId="842553258">
    <w:abstractNumId w:val="16"/>
  </w:num>
  <w:num w:numId="12" w16cid:durableId="1957709689">
    <w:abstractNumId w:val="11"/>
  </w:num>
  <w:num w:numId="13" w16cid:durableId="831914183">
    <w:abstractNumId w:val="9"/>
  </w:num>
  <w:num w:numId="14" w16cid:durableId="356201090">
    <w:abstractNumId w:val="14"/>
  </w:num>
  <w:num w:numId="15" w16cid:durableId="1114717620">
    <w:abstractNumId w:val="10"/>
  </w:num>
  <w:num w:numId="16" w16cid:durableId="1165362927">
    <w:abstractNumId w:val="15"/>
  </w:num>
  <w:num w:numId="17" w16cid:durableId="161773889">
    <w:abstractNumId w:val="12"/>
  </w:num>
  <w:num w:numId="18" w16cid:durableId="205110063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B7E2C"/>
    <w:rsid w:val="0015074B"/>
    <w:rsid w:val="002922C1"/>
    <w:rsid w:val="0029639D"/>
    <w:rsid w:val="002E4A07"/>
    <w:rsid w:val="00314E5D"/>
    <w:rsid w:val="00326F90"/>
    <w:rsid w:val="004025B7"/>
    <w:rsid w:val="00411FED"/>
    <w:rsid w:val="00552B38"/>
    <w:rsid w:val="0060732C"/>
    <w:rsid w:val="006829D8"/>
    <w:rsid w:val="006E3179"/>
    <w:rsid w:val="006E5EFD"/>
    <w:rsid w:val="00704AA4"/>
    <w:rsid w:val="00716A75"/>
    <w:rsid w:val="007E2947"/>
    <w:rsid w:val="00850BD8"/>
    <w:rsid w:val="0086115B"/>
    <w:rsid w:val="008A0FEB"/>
    <w:rsid w:val="008F72AA"/>
    <w:rsid w:val="00AA1D8D"/>
    <w:rsid w:val="00AC263B"/>
    <w:rsid w:val="00AD6983"/>
    <w:rsid w:val="00B17D78"/>
    <w:rsid w:val="00B415DB"/>
    <w:rsid w:val="00B47730"/>
    <w:rsid w:val="00BB1083"/>
    <w:rsid w:val="00C329F4"/>
    <w:rsid w:val="00CB0664"/>
    <w:rsid w:val="00CD098C"/>
    <w:rsid w:val="00E053C5"/>
    <w:rsid w:val="00EA2CB2"/>
    <w:rsid w:val="00F35F9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08D70D"/>
  <w14:defaultImageDpi w14:val="300"/>
  <w15:docId w15:val="{7B1F9127-3572-4158-B8F0-3B3C20672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837</Words>
  <Characters>5024</Characters>
  <Application>Microsoft Office Word</Application>
  <DocSecurity>0</DocSecurity>
  <Lines>41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5850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Urząd Miasta i Gminy w Chorzelach</cp:lastModifiedBy>
  <cp:revision>6</cp:revision>
  <dcterms:created xsi:type="dcterms:W3CDTF">2025-09-11T12:10:00Z</dcterms:created>
  <dcterms:modified xsi:type="dcterms:W3CDTF">2025-09-12T09:33:00Z</dcterms:modified>
  <cp:category/>
</cp:coreProperties>
</file>