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27138" w14:textId="1177AA35" w:rsidR="001E5C3A" w:rsidRDefault="001E5C3A" w:rsidP="001E5C3A">
      <w:pPr>
        <w:jc w:val="right"/>
        <w:rPr>
          <w:lang w:val="pl-PL"/>
        </w:rPr>
      </w:pPr>
      <w:r w:rsidRPr="001E5C3A">
        <w:rPr>
          <w:lang w:val="pl-PL"/>
        </w:rPr>
        <w:t xml:space="preserve">Załącznik nr </w:t>
      </w:r>
      <w:r>
        <w:rPr>
          <w:lang w:val="pl-PL"/>
        </w:rPr>
        <w:t>3</w:t>
      </w:r>
    </w:p>
    <w:p w14:paraId="2FB4706D" w14:textId="690BCE33" w:rsidR="005B5504" w:rsidRPr="005B5504" w:rsidRDefault="005B5504" w:rsidP="005B5504">
      <w:pPr>
        <w:rPr>
          <w:lang w:val="pl-PL"/>
        </w:rPr>
      </w:pPr>
      <w:r w:rsidRPr="005B5504">
        <w:rPr>
          <w:lang w:val="pl-PL"/>
        </w:rPr>
        <w:t>…………………</w:t>
      </w:r>
      <w:r>
        <w:rPr>
          <w:lang w:val="pl-PL"/>
        </w:rPr>
        <w:t>….</w:t>
      </w:r>
    </w:p>
    <w:p w14:paraId="218A7B2E" w14:textId="2190164E" w:rsidR="005B5504" w:rsidRPr="005B5504" w:rsidRDefault="005B5504" w:rsidP="005B5504">
      <w:pPr>
        <w:rPr>
          <w:lang w:val="pl-PL"/>
        </w:rPr>
      </w:pPr>
      <w:r w:rsidRPr="005B5504">
        <w:rPr>
          <w:lang w:val="pl-PL"/>
        </w:rPr>
        <w:t>Pieczęć szkoły</w:t>
      </w:r>
    </w:p>
    <w:p w14:paraId="1DD2ACD7" w14:textId="7365C02D" w:rsidR="00761800" w:rsidRPr="001F4058" w:rsidRDefault="001E5C3A" w:rsidP="005B5504">
      <w:pPr>
        <w:pStyle w:val="Nagwek1"/>
        <w:jc w:val="center"/>
        <w:rPr>
          <w:rFonts w:cstheme="majorHAnsi"/>
          <w:lang w:val="pl-PL"/>
        </w:rPr>
      </w:pPr>
      <w:r w:rsidRPr="001F4058">
        <w:rPr>
          <w:rFonts w:cstheme="majorHAnsi"/>
          <w:lang w:val="pl-PL"/>
        </w:rPr>
        <w:t>PROTOKÓŁ Z WYBORÓW</w:t>
      </w:r>
    </w:p>
    <w:p w14:paraId="363D640F" w14:textId="3F81436F" w:rsidR="00761800" w:rsidRPr="001F4058" w:rsidRDefault="001E5C3A" w:rsidP="005B5504">
      <w:pPr>
        <w:jc w:val="center"/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t>do Młodzieżowej Rady Miejskiej w</w:t>
      </w:r>
      <w:r w:rsidR="001C4CB5">
        <w:rPr>
          <w:rFonts w:asciiTheme="majorHAnsi" w:hAnsiTheme="majorHAnsi" w:cstheme="majorHAnsi"/>
          <w:lang w:val="pl-PL"/>
        </w:rPr>
        <w:t xml:space="preserve"> </w:t>
      </w:r>
      <w:r w:rsidRPr="001F4058">
        <w:rPr>
          <w:rFonts w:asciiTheme="majorHAnsi" w:hAnsiTheme="majorHAnsi" w:cstheme="majorHAnsi"/>
          <w:lang w:val="pl-PL"/>
        </w:rPr>
        <w:t>Chorzel</w:t>
      </w:r>
      <w:r w:rsidR="001C4CB5">
        <w:rPr>
          <w:rFonts w:asciiTheme="majorHAnsi" w:hAnsiTheme="majorHAnsi" w:cstheme="majorHAnsi"/>
          <w:lang w:val="pl-PL"/>
        </w:rPr>
        <w:t>ach</w:t>
      </w:r>
      <w:r w:rsidRPr="001F4058">
        <w:rPr>
          <w:rFonts w:asciiTheme="majorHAnsi" w:hAnsiTheme="majorHAnsi" w:cstheme="majorHAnsi"/>
          <w:lang w:val="pl-PL"/>
        </w:rPr>
        <w:br/>
      </w:r>
    </w:p>
    <w:p w14:paraId="6C3476E0" w14:textId="77777777" w:rsidR="00761800" w:rsidRPr="001F4058" w:rsidRDefault="001E5C3A">
      <w:pPr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t>Sporządzony przez Okręgową Komisję Wyborczą nr ……………</w:t>
      </w:r>
    </w:p>
    <w:p w14:paraId="33C17101" w14:textId="77777777" w:rsidR="00761800" w:rsidRPr="001F4058" w:rsidRDefault="001E5C3A">
      <w:pPr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br/>
        <w:t>Data wyborów: …………………………………………</w:t>
      </w:r>
    </w:p>
    <w:p w14:paraId="1F18F022" w14:textId="77777777" w:rsidR="00761800" w:rsidRPr="001F4058" w:rsidRDefault="001E5C3A">
      <w:pPr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t>Miejsce wyborów: …………………………………………</w:t>
      </w:r>
    </w:p>
    <w:p w14:paraId="1AC107BE" w14:textId="77777777" w:rsidR="00761800" w:rsidRPr="001F4058" w:rsidRDefault="001E5C3A">
      <w:pPr>
        <w:pStyle w:val="Nagwek2"/>
        <w:rPr>
          <w:rFonts w:cstheme="majorHAnsi"/>
          <w:lang w:val="pl-PL"/>
        </w:rPr>
      </w:pPr>
      <w:r w:rsidRPr="001F4058">
        <w:rPr>
          <w:rFonts w:cstheme="majorHAnsi"/>
          <w:lang w:val="pl-PL"/>
        </w:rPr>
        <w:t>Skład Okręgowej Komisji Wyborczej:</w:t>
      </w:r>
    </w:p>
    <w:p w14:paraId="7A52D11F" w14:textId="77777777" w:rsidR="00761800" w:rsidRPr="001F4058" w:rsidRDefault="001E5C3A">
      <w:pPr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t>1. ........................................................................ (przewodniczący)</w:t>
      </w:r>
    </w:p>
    <w:p w14:paraId="562D8EF1" w14:textId="77777777" w:rsidR="00761800" w:rsidRPr="001F4058" w:rsidRDefault="001E5C3A">
      <w:pPr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t>2. ........................................................................ (członek)</w:t>
      </w:r>
    </w:p>
    <w:p w14:paraId="2CD196FB" w14:textId="77777777" w:rsidR="00761800" w:rsidRPr="001F4058" w:rsidRDefault="001E5C3A">
      <w:pPr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t>3. ........................................................................ (członek)</w:t>
      </w:r>
    </w:p>
    <w:p w14:paraId="7F99F671" w14:textId="77777777" w:rsidR="00761800" w:rsidRPr="001F4058" w:rsidRDefault="001E5C3A">
      <w:pPr>
        <w:pStyle w:val="Nagwek2"/>
        <w:rPr>
          <w:rFonts w:cstheme="majorHAnsi"/>
          <w:lang w:val="pl-PL"/>
        </w:rPr>
      </w:pPr>
      <w:r w:rsidRPr="001F4058">
        <w:rPr>
          <w:rFonts w:cstheme="majorHAnsi"/>
          <w:lang w:val="pl-PL"/>
        </w:rPr>
        <w:t>1. Dane dotyczące głosowania:</w:t>
      </w:r>
    </w:p>
    <w:p w14:paraId="50905665" w14:textId="77777777" w:rsidR="00761800" w:rsidRPr="001F4058" w:rsidRDefault="001E5C3A">
      <w:pPr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t>Liczba osób uprawnionych do głosowania: ……………</w:t>
      </w:r>
    </w:p>
    <w:p w14:paraId="4C4F3895" w14:textId="77777777" w:rsidR="00761800" w:rsidRPr="001F4058" w:rsidRDefault="001E5C3A">
      <w:pPr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t>Liczba wydanych kart do głosowania: ……………</w:t>
      </w:r>
    </w:p>
    <w:p w14:paraId="163A8872" w14:textId="77777777" w:rsidR="00761800" w:rsidRPr="001F4058" w:rsidRDefault="001E5C3A">
      <w:pPr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t>Liczba niewykorzystanych kart: ……………</w:t>
      </w:r>
    </w:p>
    <w:p w14:paraId="5E91287F" w14:textId="77777777" w:rsidR="00761800" w:rsidRPr="001F4058" w:rsidRDefault="001E5C3A">
      <w:pPr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t>Liczba oddanych głosów: ……………</w:t>
      </w:r>
    </w:p>
    <w:p w14:paraId="01CB7AFD" w14:textId="77777777" w:rsidR="00761800" w:rsidRPr="001F4058" w:rsidRDefault="001E5C3A">
      <w:pPr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t>Liczba głosów nieważnych: ……………</w:t>
      </w:r>
    </w:p>
    <w:p w14:paraId="7639F022" w14:textId="77777777" w:rsidR="00761800" w:rsidRPr="001F4058" w:rsidRDefault="001E5C3A">
      <w:pPr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t>Liczba głosów ważnych: ……………</w:t>
      </w:r>
    </w:p>
    <w:p w14:paraId="27BE3959" w14:textId="77777777" w:rsidR="00761800" w:rsidRPr="001F4058" w:rsidRDefault="001E5C3A">
      <w:pPr>
        <w:pStyle w:val="Nagwek2"/>
        <w:rPr>
          <w:rFonts w:cstheme="majorHAnsi"/>
          <w:lang w:val="pl-PL"/>
        </w:rPr>
      </w:pPr>
      <w:r w:rsidRPr="001F4058">
        <w:rPr>
          <w:rFonts w:cstheme="majorHAnsi"/>
          <w:lang w:val="pl-PL"/>
        </w:rPr>
        <w:t>2. Wyniki głosowania na poszczególnych kandydatów: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3614"/>
        <w:gridCol w:w="2693"/>
        <w:gridCol w:w="2410"/>
      </w:tblGrid>
      <w:tr w:rsidR="001F4058" w14:paraId="1E7ABFFE" w14:textId="77777777" w:rsidTr="005B5504">
        <w:tc>
          <w:tcPr>
            <w:tcW w:w="3614" w:type="dxa"/>
          </w:tcPr>
          <w:p w14:paraId="6F15BD80" w14:textId="74920B17" w:rsidR="001F4058" w:rsidRPr="001F4058" w:rsidRDefault="001F4058" w:rsidP="001F4058">
            <w:pPr>
              <w:rPr>
                <w:rFonts w:asciiTheme="majorHAnsi" w:hAnsiTheme="majorHAnsi" w:cstheme="majorHAnsi"/>
                <w:lang w:val="pl-PL"/>
              </w:rPr>
            </w:pPr>
            <w:r w:rsidRPr="001F4058">
              <w:rPr>
                <w:rFonts w:asciiTheme="majorHAnsi" w:hAnsiTheme="majorHAnsi" w:cstheme="majorHAnsi"/>
                <w:lang w:val="pl-PL"/>
              </w:rPr>
              <w:t>Imię i nazwisko kandydata</w:t>
            </w:r>
          </w:p>
        </w:tc>
        <w:tc>
          <w:tcPr>
            <w:tcW w:w="2693" w:type="dxa"/>
          </w:tcPr>
          <w:p w14:paraId="3013C186" w14:textId="16E8783C" w:rsidR="001F4058" w:rsidRDefault="001F4058" w:rsidP="001F4058">
            <w:pPr>
              <w:rPr>
                <w:lang w:val="pl-PL"/>
              </w:rPr>
            </w:pPr>
            <w:r w:rsidRPr="001F4058">
              <w:rPr>
                <w:lang w:val="pl-PL"/>
              </w:rPr>
              <w:t>Liczba głosów ważnych</w:t>
            </w:r>
          </w:p>
        </w:tc>
        <w:tc>
          <w:tcPr>
            <w:tcW w:w="2410" w:type="dxa"/>
          </w:tcPr>
          <w:p w14:paraId="00F40C6C" w14:textId="59E4FDFB" w:rsidR="001F4058" w:rsidRDefault="001F4058" w:rsidP="001F4058">
            <w:pPr>
              <w:rPr>
                <w:lang w:val="pl-PL"/>
              </w:rPr>
            </w:pPr>
            <w:r w:rsidRPr="001F4058">
              <w:rPr>
                <w:lang w:val="pl-PL"/>
              </w:rPr>
              <w:t>Uwagi</w:t>
            </w:r>
          </w:p>
        </w:tc>
      </w:tr>
      <w:tr w:rsidR="001F4058" w14:paraId="02539D7C" w14:textId="77777777" w:rsidTr="005B5504">
        <w:tc>
          <w:tcPr>
            <w:tcW w:w="3614" w:type="dxa"/>
          </w:tcPr>
          <w:p w14:paraId="66242B21" w14:textId="77777777" w:rsidR="001F4058" w:rsidRDefault="001F4058" w:rsidP="001F4058">
            <w:pPr>
              <w:rPr>
                <w:lang w:val="pl-PL"/>
              </w:rPr>
            </w:pPr>
          </w:p>
        </w:tc>
        <w:tc>
          <w:tcPr>
            <w:tcW w:w="2693" w:type="dxa"/>
          </w:tcPr>
          <w:p w14:paraId="14978DDC" w14:textId="77777777" w:rsidR="001F4058" w:rsidRDefault="001F4058" w:rsidP="001F4058">
            <w:pPr>
              <w:rPr>
                <w:lang w:val="pl-PL"/>
              </w:rPr>
            </w:pPr>
          </w:p>
        </w:tc>
        <w:tc>
          <w:tcPr>
            <w:tcW w:w="2410" w:type="dxa"/>
          </w:tcPr>
          <w:p w14:paraId="1529EC45" w14:textId="77777777" w:rsidR="001F4058" w:rsidRDefault="001F4058" w:rsidP="001F4058">
            <w:pPr>
              <w:rPr>
                <w:lang w:val="pl-PL"/>
              </w:rPr>
            </w:pPr>
          </w:p>
        </w:tc>
      </w:tr>
      <w:tr w:rsidR="001F4058" w14:paraId="14BA4D23" w14:textId="77777777" w:rsidTr="005B5504">
        <w:tc>
          <w:tcPr>
            <w:tcW w:w="3614" w:type="dxa"/>
          </w:tcPr>
          <w:p w14:paraId="5CCD46E2" w14:textId="77777777" w:rsidR="001F4058" w:rsidRDefault="001F4058" w:rsidP="001F4058">
            <w:pPr>
              <w:rPr>
                <w:lang w:val="pl-PL"/>
              </w:rPr>
            </w:pPr>
          </w:p>
        </w:tc>
        <w:tc>
          <w:tcPr>
            <w:tcW w:w="2693" w:type="dxa"/>
          </w:tcPr>
          <w:p w14:paraId="4A2525B8" w14:textId="77777777" w:rsidR="001F4058" w:rsidRDefault="001F4058" w:rsidP="001F4058">
            <w:pPr>
              <w:rPr>
                <w:lang w:val="pl-PL"/>
              </w:rPr>
            </w:pPr>
          </w:p>
        </w:tc>
        <w:tc>
          <w:tcPr>
            <w:tcW w:w="2410" w:type="dxa"/>
          </w:tcPr>
          <w:p w14:paraId="0E24D79E" w14:textId="77777777" w:rsidR="001F4058" w:rsidRDefault="001F4058" w:rsidP="001F4058">
            <w:pPr>
              <w:rPr>
                <w:lang w:val="pl-PL"/>
              </w:rPr>
            </w:pPr>
          </w:p>
        </w:tc>
      </w:tr>
      <w:tr w:rsidR="001F4058" w14:paraId="01E9A6FE" w14:textId="77777777" w:rsidTr="005B5504">
        <w:tc>
          <w:tcPr>
            <w:tcW w:w="3614" w:type="dxa"/>
          </w:tcPr>
          <w:p w14:paraId="4A2DE798" w14:textId="77777777" w:rsidR="001F4058" w:rsidRDefault="001F4058" w:rsidP="001F4058">
            <w:pPr>
              <w:rPr>
                <w:lang w:val="pl-PL"/>
              </w:rPr>
            </w:pPr>
          </w:p>
        </w:tc>
        <w:tc>
          <w:tcPr>
            <w:tcW w:w="2693" w:type="dxa"/>
          </w:tcPr>
          <w:p w14:paraId="5E1A8EAE" w14:textId="77777777" w:rsidR="001F4058" w:rsidRDefault="001F4058" w:rsidP="001F4058">
            <w:pPr>
              <w:rPr>
                <w:lang w:val="pl-PL"/>
              </w:rPr>
            </w:pPr>
          </w:p>
        </w:tc>
        <w:tc>
          <w:tcPr>
            <w:tcW w:w="2410" w:type="dxa"/>
          </w:tcPr>
          <w:p w14:paraId="3BE08898" w14:textId="77777777" w:rsidR="001F4058" w:rsidRDefault="001F4058" w:rsidP="001F4058">
            <w:pPr>
              <w:rPr>
                <w:lang w:val="pl-PL"/>
              </w:rPr>
            </w:pPr>
          </w:p>
        </w:tc>
      </w:tr>
      <w:tr w:rsidR="001F4058" w14:paraId="3A87D265" w14:textId="77777777" w:rsidTr="005B5504">
        <w:tc>
          <w:tcPr>
            <w:tcW w:w="3614" w:type="dxa"/>
          </w:tcPr>
          <w:p w14:paraId="23666246" w14:textId="77777777" w:rsidR="001F4058" w:rsidRDefault="001F4058" w:rsidP="001F4058">
            <w:pPr>
              <w:rPr>
                <w:lang w:val="pl-PL"/>
              </w:rPr>
            </w:pPr>
          </w:p>
        </w:tc>
        <w:tc>
          <w:tcPr>
            <w:tcW w:w="2693" w:type="dxa"/>
          </w:tcPr>
          <w:p w14:paraId="29D4D0D4" w14:textId="77777777" w:rsidR="001F4058" w:rsidRDefault="001F4058" w:rsidP="001F4058">
            <w:pPr>
              <w:rPr>
                <w:lang w:val="pl-PL"/>
              </w:rPr>
            </w:pPr>
          </w:p>
        </w:tc>
        <w:tc>
          <w:tcPr>
            <w:tcW w:w="2410" w:type="dxa"/>
          </w:tcPr>
          <w:p w14:paraId="645C0DBC" w14:textId="77777777" w:rsidR="001F4058" w:rsidRDefault="001F4058" w:rsidP="001F4058">
            <w:pPr>
              <w:rPr>
                <w:lang w:val="pl-PL"/>
              </w:rPr>
            </w:pPr>
          </w:p>
        </w:tc>
      </w:tr>
      <w:tr w:rsidR="001F4058" w14:paraId="2AA31EF2" w14:textId="77777777" w:rsidTr="005B5504">
        <w:tc>
          <w:tcPr>
            <w:tcW w:w="3614" w:type="dxa"/>
          </w:tcPr>
          <w:p w14:paraId="6C66A51A" w14:textId="77777777" w:rsidR="001F4058" w:rsidRDefault="001F4058" w:rsidP="001F4058">
            <w:pPr>
              <w:rPr>
                <w:lang w:val="pl-PL"/>
              </w:rPr>
            </w:pPr>
          </w:p>
        </w:tc>
        <w:tc>
          <w:tcPr>
            <w:tcW w:w="2693" w:type="dxa"/>
          </w:tcPr>
          <w:p w14:paraId="38D8D2DC" w14:textId="77777777" w:rsidR="001F4058" w:rsidRDefault="001F4058" w:rsidP="001F4058">
            <w:pPr>
              <w:rPr>
                <w:lang w:val="pl-PL"/>
              </w:rPr>
            </w:pPr>
          </w:p>
        </w:tc>
        <w:tc>
          <w:tcPr>
            <w:tcW w:w="2410" w:type="dxa"/>
          </w:tcPr>
          <w:p w14:paraId="711E189C" w14:textId="77777777" w:rsidR="001F4058" w:rsidRDefault="001F4058" w:rsidP="001F4058">
            <w:pPr>
              <w:rPr>
                <w:lang w:val="pl-PL"/>
              </w:rPr>
            </w:pPr>
          </w:p>
        </w:tc>
      </w:tr>
    </w:tbl>
    <w:p w14:paraId="6D86CC53" w14:textId="77777777" w:rsidR="001F4058" w:rsidRPr="001F4058" w:rsidRDefault="001F4058" w:rsidP="001F4058">
      <w:pPr>
        <w:rPr>
          <w:lang w:val="pl-PL"/>
        </w:rPr>
      </w:pPr>
    </w:p>
    <w:p w14:paraId="62501A77" w14:textId="77777777" w:rsidR="00761800" w:rsidRPr="001F4058" w:rsidRDefault="001E5C3A">
      <w:pPr>
        <w:pStyle w:val="Nagwek2"/>
        <w:rPr>
          <w:rFonts w:cstheme="majorHAnsi"/>
        </w:rPr>
      </w:pPr>
      <w:r w:rsidRPr="001F4058">
        <w:rPr>
          <w:rFonts w:cstheme="majorHAnsi"/>
        </w:rPr>
        <w:lastRenderedPageBreak/>
        <w:t>3. Postanowienia komisji:</w:t>
      </w:r>
    </w:p>
    <w:p w14:paraId="36142A83" w14:textId="77777777" w:rsidR="00761800" w:rsidRPr="001F4058" w:rsidRDefault="001E5C3A">
      <w:pPr>
        <w:rPr>
          <w:rFonts w:asciiTheme="majorHAnsi" w:hAnsiTheme="majorHAnsi" w:cstheme="majorHAnsi"/>
          <w:lang w:val="pl-PL"/>
        </w:rPr>
      </w:pPr>
      <w:r w:rsidRPr="001F4058">
        <w:rPr>
          <w:rFonts w:asciiTheme="majorHAnsi" w:hAnsiTheme="majorHAnsi" w:cstheme="majorHAnsi"/>
          <w:lang w:val="pl-PL"/>
        </w:rPr>
        <w:t>Okręgowa Komisja Wyborcza stwierdza, że mandaty radnych w okręgu nr ………… uzyskali:</w:t>
      </w:r>
    </w:p>
    <w:p w14:paraId="3EAFB0EB" w14:textId="77777777" w:rsidR="00761800" w:rsidRPr="005B5504" w:rsidRDefault="001E5C3A" w:rsidP="005B5504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lang w:val="pl-PL"/>
        </w:rPr>
      </w:pPr>
      <w:r w:rsidRPr="005B5504">
        <w:rPr>
          <w:rFonts w:asciiTheme="majorHAnsi" w:hAnsiTheme="majorHAnsi" w:cstheme="majorHAnsi"/>
          <w:lang w:val="pl-PL"/>
        </w:rPr>
        <w:t>………………………………………………………………………………</w:t>
      </w:r>
    </w:p>
    <w:p w14:paraId="7522EC3A" w14:textId="77777777" w:rsidR="00761800" w:rsidRDefault="001E5C3A" w:rsidP="005B5504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lang w:val="pl-PL"/>
        </w:rPr>
      </w:pPr>
      <w:r w:rsidRPr="005B5504">
        <w:rPr>
          <w:rFonts w:asciiTheme="majorHAnsi" w:hAnsiTheme="majorHAnsi" w:cstheme="majorHAnsi"/>
          <w:lang w:val="pl-PL"/>
        </w:rPr>
        <w:t>………………………………………………………………………………</w:t>
      </w:r>
    </w:p>
    <w:p w14:paraId="1E9D24FE" w14:textId="0B169F75" w:rsidR="005B5504" w:rsidRDefault="005B5504" w:rsidP="005B5504">
      <w:pPr>
        <w:pStyle w:val="Akapitzlist"/>
        <w:numPr>
          <w:ilvl w:val="0"/>
          <w:numId w:val="10"/>
        </w:numPr>
        <w:rPr>
          <w:rFonts w:asciiTheme="majorHAnsi" w:hAnsiTheme="majorHAnsi" w:cstheme="majorHAnsi"/>
          <w:lang w:val="pl-PL"/>
        </w:rPr>
      </w:pPr>
      <w:r>
        <w:rPr>
          <w:rFonts w:asciiTheme="majorHAnsi" w:hAnsiTheme="majorHAnsi" w:cstheme="majorHAnsi"/>
          <w:lang w:val="pl-PL"/>
        </w:rPr>
        <w:t>………………………………………………………………………………</w:t>
      </w:r>
    </w:p>
    <w:p w14:paraId="7C8E43E9" w14:textId="77777777" w:rsidR="005B5504" w:rsidRDefault="005B5504" w:rsidP="005B5504">
      <w:pPr>
        <w:rPr>
          <w:rFonts w:asciiTheme="majorHAnsi" w:hAnsiTheme="majorHAnsi" w:cstheme="majorHAnsi"/>
          <w:lang w:val="pl-PL"/>
        </w:rPr>
      </w:pPr>
    </w:p>
    <w:p w14:paraId="1E335FDC" w14:textId="77777777" w:rsidR="005B5504" w:rsidRPr="005B5504" w:rsidRDefault="005B5504" w:rsidP="005B5504">
      <w:pPr>
        <w:rPr>
          <w:rFonts w:asciiTheme="majorHAnsi" w:hAnsiTheme="majorHAnsi" w:cstheme="majorHAnsi"/>
          <w:lang w:val="pl-PL"/>
        </w:rPr>
      </w:pPr>
    </w:p>
    <w:p w14:paraId="57CD6A80" w14:textId="77777777" w:rsidR="00761800" w:rsidRPr="001F4058" w:rsidRDefault="001E5C3A">
      <w:pPr>
        <w:pStyle w:val="Nagwek2"/>
        <w:rPr>
          <w:rFonts w:cstheme="majorHAnsi"/>
          <w:lang w:val="pl-PL"/>
        </w:rPr>
      </w:pPr>
      <w:r w:rsidRPr="001F4058">
        <w:rPr>
          <w:rFonts w:cstheme="majorHAnsi"/>
          <w:lang w:val="pl-PL"/>
        </w:rPr>
        <w:t>Podpisy członków Okręgowej Komisji Wyborczej:</w:t>
      </w:r>
    </w:p>
    <w:p w14:paraId="7E7B8D08" w14:textId="77777777" w:rsidR="00761800" w:rsidRPr="001F4058" w:rsidRDefault="001E5C3A">
      <w:pPr>
        <w:rPr>
          <w:rFonts w:asciiTheme="majorHAnsi" w:hAnsiTheme="majorHAnsi" w:cstheme="majorHAnsi"/>
        </w:rPr>
      </w:pPr>
      <w:r w:rsidRPr="001F4058">
        <w:rPr>
          <w:rFonts w:asciiTheme="majorHAnsi" w:hAnsiTheme="majorHAnsi" w:cstheme="majorHAnsi"/>
        </w:rPr>
        <w:t>1. ........................................................................</w:t>
      </w:r>
    </w:p>
    <w:p w14:paraId="64DE789F" w14:textId="77777777" w:rsidR="00761800" w:rsidRPr="001F4058" w:rsidRDefault="001E5C3A">
      <w:pPr>
        <w:rPr>
          <w:rFonts w:asciiTheme="majorHAnsi" w:hAnsiTheme="majorHAnsi" w:cstheme="majorHAnsi"/>
        </w:rPr>
      </w:pPr>
      <w:r w:rsidRPr="001F4058">
        <w:rPr>
          <w:rFonts w:asciiTheme="majorHAnsi" w:hAnsiTheme="majorHAnsi" w:cstheme="majorHAnsi"/>
        </w:rPr>
        <w:t>2. ........................................................................</w:t>
      </w:r>
    </w:p>
    <w:p w14:paraId="45C64A65" w14:textId="77777777" w:rsidR="00761800" w:rsidRPr="001F4058" w:rsidRDefault="001E5C3A">
      <w:pPr>
        <w:rPr>
          <w:rFonts w:asciiTheme="majorHAnsi" w:hAnsiTheme="majorHAnsi" w:cstheme="majorHAnsi"/>
        </w:rPr>
      </w:pPr>
      <w:r w:rsidRPr="001F4058">
        <w:rPr>
          <w:rFonts w:asciiTheme="majorHAnsi" w:hAnsiTheme="majorHAnsi" w:cstheme="majorHAnsi"/>
        </w:rPr>
        <w:t>3. ........................................................................</w:t>
      </w:r>
    </w:p>
    <w:sectPr w:rsidR="00761800" w:rsidRPr="001F4058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26461" w14:textId="77777777" w:rsidR="004A7CC5" w:rsidRDefault="004A7CC5">
      <w:pPr>
        <w:spacing w:after="0" w:line="240" w:lineRule="auto"/>
      </w:pPr>
      <w:r>
        <w:separator/>
      </w:r>
    </w:p>
  </w:endnote>
  <w:endnote w:type="continuationSeparator" w:id="0">
    <w:p w14:paraId="76AFEFA1" w14:textId="77777777" w:rsidR="004A7CC5" w:rsidRDefault="004A7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D604D" w14:textId="1FB4EA21" w:rsidR="00761800" w:rsidRPr="005B5504" w:rsidRDefault="001E5C3A">
    <w:pPr>
      <w:pStyle w:val="Stopka"/>
      <w:rPr>
        <w:rFonts w:asciiTheme="majorHAnsi" w:hAnsiTheme="majorHAnsi" w:cstheme="majorHAnsi"/>
        <w:sz w:val="20"/>
        <w:szCs w:val="20"/>
        <w:lang w:val="pl-PL"/>
      </w:rPr>
    </w:pPr>
    <w:r w:rsidRPr="005B5504">
      <w:rPr>
        <w:rFonts w:asciiTheme="majorHAnsi" w:hAnsiTheme="majorHAnsi" w:cstheme="majorHAnsi"/>
        <w:sz w:val="20"/>
        <w:szCs w:val="20"/>
        <w:lang w:val="pl-PL"/>
      </w:rPr>
      <w:t xml:space="preserve">Protokół sporządza się w dwóch egzemplarzach: jeden pozostaje w dokumentach szkoły, drugi przekazuje się do Gminnej Komisji Wyborczej </w:t>
    </w:r>
    <w:r w:rsidR="00902FAA" w:rsidRPr="00902FAA">
      <w:rPr>
        <w:rFonts w:asciiTheme="majorHAnsi" w:hAnsiTheme="majorHAnsi" w:cstheme="majorHAnsi"/>
        <w:sz w:val="20"/>
        <w:szCs w:val="20"/>
        <w:lang w:val="pl-PL"/>
      </w:rPr>
      <w:t>do Młodzieżowej Rady Miejskiej w</w:t>
    </w:r>
    <w:r w:rsidR="001C4CB5">
      <w:rPr>
        <w:rFonts w:asciiTheme="majorHAnsi" w:hAnsiTheme="majorHAnsi" w:cstheme="majorHAnsi"/>
        <w:sz w:val="20"/>
        <w:szCs w:val="20"/>
        <w:lang w:val="pl-PL"/>
      </w:rPr>
      <w:t xml:space="preserve"> </w:t>
    </w:r>
    <w:r w:rsidR="00902FAA" w:rsidRPr="00902FAA">
      <w:rPr>
        <w:rFonts w:asciiTheme="majorHAnsi" w:hAnsiTheme="majorHAnsi" w:cstheme="majorHAnsi"/>
        <w:sz w:val="20"/>
        <w:szCs w:val="20"/>
        <w:lang w:val="pl-PL"/>
      </w:rPr>
      <w:t>Chorzel</w:t>
    </w:r>
    <w:r w:rsidR="001C4CB5">
      <w:rPr>
        <w:rFonts w:asciiTheme="majorHAnsi" w:hAnsiTheme="majorHAnsi" w:cstheme="majorHAnsi"/>
        <w:sz w:val="20"/>
        <w:szCs w:val="20"/>
        <w:lang w:val="pl-PL"/>
      </w:rPr>
      <w:t>ach</w:t>
    </w:r>
    <w:r w:rsidR="00902FAA" w:rsidRPr="00902FAA">
      <w:rPr>
        <w:rFonts w:asciiTheme="majorHAnsi" w:hAnsiTheme="majorHAnsi" w:cstheme="majorHAnsi"/>
        <w:sz w:val="20"/>
        <w:szCs w:val="20"/>
        <w:lang w:val="pl-PL"/>
      </w:rPr>
      <w:t xml:space="preserve"> </w:t>
    </w:r>
    <w:r w:rsidRPr="005B5504">
      <w:rPr>
        <w:rFonts w:asciiTheme="majorHAnsi" w:hAnsiTheme="majorHAnsi" w:cstheme="majorHAnsi"/>
        <w:sz w:val="20"/>
        <w:szCs w:val="20"/>
        <w:lang w:val="pl-PL"/>
      </w:rPr>
      <w:t>w terminie 3 dni od dnia wyborów.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A1D5F" w14:textId="77777777" w:rsidR="004A7CC5" w:rsidRDefault="004A7CC5">
      <w:pPr>
        <w:spacing w:after="0" w:line="240" w:lineRule="auto"/>
      </w:pPr>
      <w:r>
        <w:separator/>
      </w:r>
    </w:p>
  </w:footnote>
  <w:footnote w:type="continuationSeparator" w:id="0">
    <w:p w14:paraId="6AC1EB16" w14:textId="77777777" w:rsidR="004A7CC5" w:rsidRDefault="004A7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1378F7"/>
    <w:multiLevelType w:val="hybridMultilevel"/>
    <w:tmpl w:val="84CAD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9803638">
    <w:abstractNumId w:val="8"/>
  </w:num>
  <w:num w:numId="2" w16cid:durableId="61221175">
    <w:abstractNumId w:val="6"/>
  </w:num>
  <w:num w:numId="3" w16cid:durableId="1948266386">
    <w:abstractNumId w:val="5"/>
  </w:num>
  <w:num w:numId="4" w16cid:durableId="668337484">
    <w:abstractNumId w:val="4"/>
  </w:num>
  <w:num w:numId="5" w16cid:durableId="670064254">
    <w:abstractNumId w:val="7"/>
  </w:num>
  <w:num w:numId="6" w16cid:durableId="1378511919">
    <w:abstractNumId w:val="3"/>
  </w:num>
  <w:num w:numId="7" w16cid:durableId="747504833">
    <w:abstractNumId w:val="2"/>
  </w:num>
  <w:num w:numId="8" w16cid:durableId="1968465688">
    <w:abstractNumId w:val="1"/>
  </w:num>
  <w:num w:numId="9" w16cid:durableId="1763455713">
    <w:abstractNumId w:val="0"/>
  </w:num>
  <w:num w:numId="10" w16cid:durableId="7762195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4CB5"/>
    <w:rsid w:val="001E5C3A"/>
    <w:rsid w:val="001F4058"/>
    <w:rsid w:val="002156FC"/>
    <w:rsid w:val="0029639D"/>
    <w:rsid w:val="00326F90"/>
    <w:rsid w:val="004A7CC5"/>
    <w:rsid w:val="005A2622"/>
    <w:rsid w:val="005B5504"/>
    <w:rsid w:val="006829D8"/>
    <w:rsid w:val="00761800"/>
    <w:rsid w:val="00902FAA"/>
    <w:rsid w:val="00AA1D8D"/>
    <w:rsid w:val="00AF7D32"/>
    <w:rsid w:val="00B47730"/>
    <w:rsid w:val="00CB0664"/>
    <w:rsid w:val="00EF72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1A97AD"/>
  <w14:defaultImageDpi w14:val="300"/>
  <w15:docId w15:val="{7B1F9127-3572-4158-B8F0-3B3C20672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196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Urząd Miasta i Gminy w Chorzelach</cp:lastModifiedBy>
  <cp:revision>9</cp:revision>
  <dcterms:created xsi:type="dcterms:W3CDTF">2013-12-23T23:15:00Z</dcterms:created>
  <dcterms:modified xsi:type="dcterms:W3CDTF">2026-09-23T11:53:00Z</dcterms:modified>
  <cp:category/>
</cp:coreProperties>
</file>