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796DF" w14:textId="77A9E685" w:rsidR="00C329F4" w:rsidRPr="00C329F4" w:rsidRDefault="00C329F4" w:rsidP="00C329F4">
      <w:pPr>
        <w:jc w:val="right"/>
        <w:rPr>
          <w:rFonts w:asciiTheme="majorHAnsi" w:hAnsiTheme="majorHAnsi" w:cstheme="majorHAnsi"/>
          <w:lang w:val="pl-PL"/>
        </w:rPr>
      </w:pPr>
      <w:r w:rsidRPr="00C329F4">
        <w:rPr>
          <w:rFonts w:asciiTheme="majorHAnsi" w:hAnsiTheme="majorHAnsi" w:cstheme="majorHAnsi"/>
          <w:lang w:val="pl-PL"/>
        </w:rPr>
        <w:t xml:space="preserve">Załącznik nr </w:t>
      </w:r>
      <w:r w:rsidR="00F35F9D">
        <w:rPr>
          <w:rFonts w:asciiTheme="majorHAnsi" w:hAnsiTheme="majorHAnsi" w:cstheme="majorHAnsi"/>
          <w:lang w:val="pl-PL"/>
        </w:rPr>
        <w:t>1</w:t>
      </w:r>
    </w:p>
    <w:p w14:paraId="63473581" w14:textId="5916BDAE" w:rsidR="00E053C5" w:rsidRPr="00552B38" w:rsidRDefault="00F35F9D">
      <w:pPr>
        <w:pStyle w:val="Nagwek1"/>
        <w:rPr>
          <w:lang w:val="pl-PL"/>
        </w:rPr>
      </w:pPr>
      <w:r w:rsidRPr="00552B38">
        <w:rPr>
          <w:lang w:val="pl-PL"/>
        </w:rPr>
        <w:t>KARTA ZGŁOSZENIA KANDYDATA</w:t>
      </w:r>
    </w:p>
    <w:p w14:paraId="3DDC8043" w14:textId="10D036AE" w:rsidR="00E053C5" w:rsidRPr="00552B38" w:rsidRDefault="00F35F9D">
      <w:pPr>
        <w:pStyle w:val="Cytatintensywny"/>
        <w:rPr>
          <w:lang w:val="pl-PL"/>
        </w:rPr>
      </w:pPr>
      <w:r w:rsidRPr="00552B38">
        <w:rPr>
          <w:lang w:val="pl-PL"/>
        </w:rPr>
        <w:t>do Młodzieżowej Rady Miejskiej w Chorzel</w:t>
      </w:r>
      <w:r w:rsidR="00B83CFE">
        <w:rPr>
          <w:lang w:val="pl-PL"/>
        </w:rPr>
        <w:t>ach</w:t>
      </w:r>
    </w:p>
    <w:p w14:paraId="4F31617B" w14:textId="2E130989" w:rsidR="00E053C5" w:rsidRPr="00552B38" w:rsidRDefault="00F35F9D">
      <w:pPr>
        <w:pStyle w:val="Nagwek2"/>
        <w:rPr>
          <w:lang w:val="pl-PL"/>
        </w:rPr>
      </w:pPr>
      <w:r w:rsidRPr="00552B38">
        <w:rPr>
          <w:lang w:val="pl-PL"/>
        </w:rPr>
        <w:t xml:space="preserve">Dane kandydata </w:t>
      </w:r>
    </w:p>
    <w:p w14:paraId="34758F0A" w14:textId="72A71CF1" w:rsidR="00E053C5" w:rsidRPr="00552B38" w:rsidRDefault="00F35F9D">
      <w:pPr>
        <w:rPr>
          <w:lang w:val="pl-PL"/>
        </w:rPr>
      </w:pPr>
      <w:r w:rsidRPr="00552B38">
        <w:rPr>
          <w:lang w:val="pl-PL"/>
        </w:rPr>
        <w:t>Imię i nazwisko</w:t>
      </w:r>
      <w:r w:rsidR="006E5EFD">
        <w:rPr>
          <w:lang w:val="pl-PL"/>
        </w:rPr>
        <w:t>*</w:t>
      </w:r>
      <w:r w:rsidRPr="00552B38">
        <w:rPr>
          <w:lang w:val="pl-PL"/>
        </w:rPr>
        <w:t>: .....................................................................................</w:t>
      </w:r>
    </w:p>
    <w:p w14:paraId="1CFD46EE" w14:textId="100E4449" w:rsidR="00E053C5" w:rsidRPr="00552B38" w:rsidRDefault="00F35F9D">
      <w:pPr>
        <w:rPr>
          <w:lang w:val="pl-PL"/>
        </w:rPr>
      </w:pPr>
      <w:r w:rsidRPr="00552B38">
        <w:rPr>
          <w:lang w:val="pl-PL"/>
        </w:rPr>
        <w:t>Wiek</w:t>
      </w:r>
      <w:r w:rsidR="006E5EFD">
        <w:rPr>
          <w:lang w:val="pl-PL"/>
        </w:rPr>
        <w:t>*</w:t>
      </w:r>
      <w:r w:rsidRPr="00552B38">
        <w:rPr>
          <w:lang w:val="pl-PL"/>
        </w:rPr>
        <w:t>: ............</w:t>
      </w:r>
    </w:p>
    <w:p w14:paraId="3B96D933" w14:textId="0E5E6C61" w:rsidR="00E053C5" w:rsidRPr="00552B38" w:rsidRDefault="00F35F9D">
      <w:pPr>
        <w:rPr>
          <w:lang w:val="pl-PL"/>
        </w:rPr>
      </w:pPr>
      <w:r w:rsidRPr="00552B38">
        <w:rPr>
          <w:lang w:val="pl-PL"/>
        </w:rPr>
        <w:t>Szkoła</w:t>
      </w:r>
      <w:r w:rsidR="006E5EFD">
        <w:rPr>
          <w:lang w:val="pl-PL"/>
        </w:rPr>
        <w:t>*</w:t>
      </w:r>
      <w:r w:rsidRPr="00552B38">
        <w:rPr>
          <w:lang w:val="pl-PL"/>
        </w:rPr>
        <w:t>: .................................................................................................</w:t>
      </w:r>
    </w:p>
    <w:p w14:paraId="251750F8" w14:textId="57708021" w:rsidR="00E053C5" w:rsidRPr="00552B38" w:rsidRDefault="00F35F9D">
      <w:pPr>
        <w:rPr>
          <w:lang w:val="pl-PL"/>
        </w:rPr>
      </w:pPr>
      <w:r w:rsidRPr="00552B38">
        <w:rPr>
          <w:lang w:val="pl-PL"/>
        </w:rPr>
        <w:t>Adres do korespondencji</w:t>
      </w:r>
      <w:r w:rsidR="006E5EFD">
        <w:rPr>
          <w:lang w:val="pl-PL"/>
        </w:rPr>
        <w:t>*</w:t>
      </w:r>
      <w:r w:rsidRPr="00552B38">
        <w:rPr>
          <w:lang w:val="pl-PL"/>
        </w:rPr>
        <w:t>: ........................................................................</w:t>
      </w:r>
    </w:p>
    <w:p w14:paraId="0A8A12F6" w14:textId="77777777" w:rsidR="00E053C5" w:rsidRPr="00552B38" w:rsidRDefault="00F35F9D">
      <w:pPr>
        <w:rPr>
          <w:lang w:val="pl-PL"/>
        </w:rPr>
      </w:pPr>
      <w:r w:rsidRPr="00552B38">
        <w:rPr>
          <w:lang w:val="pl-PL"/>
        </w:rPr>
        <w:t>(ulica, nr domu, kod, miejscowość)</w:t>
      </w:r>
    </w:p>
    <w:p w14:paraId="6E062B2D" w14:textId="49D549ED" w:rsidR="00E053C5" w:rsidRPr="00552B38" w:rsidRDefault="00F35F9D">
      <w:pPr>
        <w:rPr>
          <w:lang w:val="pl-PL"/>
        </w:rPr>
      </w:pPr>
      <w:r w:rsidRPr="00552B38">
        <w:rPr>
          <w:lang w:val="pl-PL"/>
        </w:rPr>
        <w:t>Telefon kontaktowy</w:t>
      </w:r>
      <w:r w:rsidR="00ED7CC7" w:rsidRPr="00ED7CC7">
        <w:rPr>
          <w:lang w:val="pl-PL"/>
        </w:rPr>
        <w:t>*</w:t>
      </w:r>
      <w:r w:rsidRPr="00552B38">
        <w:rPr>
          <w:lang w:val="pl-PL"/>
        </w:rPr>
        <w:t>: ................................................................................</w:t>
      </w:r>
    </w:p>
    <w:p w14:paraId="7DB345F2" w14:textId="77777777" w:rsidR="00E053C5" w:rsidRDefault="00F35F9D">
      <w:pPr>
        <w:rPr>
          <w:lang w:val="pl-PL"/>
        </w:rPr>
      </w:pPr>
      <w:r w:rsidRPr="00552B38">
        <w:rPr>
          <w:lang w:val="pl-PL"/>
        </w:rPr>
        <w:t>E-mail: ....................................................................................................</w:t>
      </w:r>
    </w:p>
    <w:p w14:paraId="618F44A1" w14:textId="77777777" w:rsidR="00E053C5" w:rsidRPr="00552B38" w:rsidRDefault="00F35F9D">
      <w:pPr>
        <w:pStyle w:val="Nagwek2"/>
        <w:rPr>
          <w:lang w:val="pl-PL"/>
        </w:rPr>
      </w:pPr>
      <w:r w:rsidRPr="00552B38">
        <w:rPr>
          <w:lang w:val="pl-PL"/>
        </w:rPr>
        <w:t>Oświadczenie kandydata</w:t>
      </w:r>
    </w:p>
    <w:p w14:paraId="5048CE19" w14:textId="436395EB" w:rsidR="00E053C5" w:rsidRPr="00552B38" w:rsidRDefault="00F35F9D" w:rsidP="00552B38">
      <w:pPr>
        <w:rPr>
          <w:lang w:val="pl-PL"/>
        </w:rPr>
      </w:pPr>
      <w:r w:rsidRPr="00552B38">
        <w:rPr>
          <w:lang w:val="pl-PL"/>
        </w:rPr>
        <w:t xml:space="preserve">Oświadczam, że wyrażam zgodę na kandydowanie do Młodzieżowej Rady Miejskiej </w:t>
      </w:r>
      <w:r w:rsidR="00B83CFE">
        <w:rPr>
          <w:lang w:val="pl-PL"/>
        </w:rPr>
        <w:t>w</w:t>
      </w:r>
      <w:r w:rsidRPr="00552B38">
        <w:rPr>
          <w:lang w:val="pl-PL"/>
        </w:rPr>
        <w:t xml:space="preserve"> Chorzel</w:t>
      </w:r>
      <w:r w:rsidR="00B83CFE">
        <w:rPr>
          <w:lang w:val="pl-PL"/>
        </w:rPr>
        <w:t>ach</w:t>
      </w:r>
      <w:r w:rsidR="00552B38" w:rsidRPr="00552B38">
        <w:rPr>
          <w:lang w:val="pl-PL"/>
        </w:rPr>
        <w:t xml:space="preserve"> i zapoznałem się̨</w:t>
      </w:r>
      <w:r w:rsidR="00552B38">
        <w:rPr>
          <w:lang w:val="pl-PL"/>
        </w:rPr>
        <w:t xml:space="preserve"> </w:t>
      </w:r>
      <w:r w:rsidR="00552B38" w:rsidRPr="00552B38">
        <w:rPr>
          <w:lang w:val="pl-PL"/>
        </w:rPr>
        <w:t>z poniższą̨ klauzulą informacyjn</w:t>
      </w:r>
      <w:r w:rsidR="00552B38">
        <w:rPr>
          <w:lang w:val="pl-PL"/>
        </w:rPr>
        <w:t>ą</w:t>
      </w:r>
      <w:r w:rsidRPr="00552B38">
        <w:rPr>
          <w:lang w:val="pl-PL"/>
        </w:rPr>
        <w:t>.</w:t>
      </w:r>
    </w:p>
    <w:p w14:paraId="1417675B" w14:textId="77777777" w:rsidR="00E053C5" w:rsidRPr="00552B38" w:rsidRDefault="00F35F9D">
      <w:pPr>
        <w:rPr>
          <w:lang w:val="pl-PL"/>
        </w:rPr>
      </w:pPr>
      <w:r w:rsidRPr="00552B38">
        <w:rPr>
          <w:lang w:val="pl-PL"/>
        </w:rPr>
        <w:t>....................................................</w:t>
      </w:r>
    </w:p>
    <w:p w14:paraId="60E4D277" w14:textId="77777777" w:rsidR="00E053C5" w:rsidRDefault="00F35F9D">
      <w:pPr>
        <w:rPr>
          <w:lang w:val="pl-PL"/>
        </w:rPr>
      </w:pPr>
      <w:r w:rsidRPr="00552B38">
        <w:rPr>
          <w:lang w:val="pl-PL"/>
        </w:rPr>
        <w:t>(data i podpis kandydata)</w:t>
      </w:r>
    </w:p>
    <w:p w14:paraId="6E537740" w14:textId="77777777" w:rsidR="005F22E8" w:rsidRDefault="005F22E8">
      <w:pPr>
        <w:rPr>
          <w:lang w:val="pl-PL"/>
        </w:rPr>
      </w:pPr>
    </w:p>
    <w:p w14:paraId="388C2C24" w14:textId="2067D378" w:rsidR="005F22E8" w:rsidRPr="005F22E8" w:rsidRDefault="005F22E8" w:rsidP="005F22E8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pl-PL"/>
        </w:rPr>
      </w:pPr>
      <w:r w:rsidRPr="005F22E8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pl-PL"/>
        </w:rPr>
        <w:t xml:space="preserve">Oświadczenie </w:t>
      </w:r>
      <w: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pl-PL"/>
        </w:rPr>
        <w:t>o niepełnieniu mandatu w poprzednich kadencjach</w:t>
      </w:r>
    </w:p>
    <w:p w14:paraId="0129A346" w14:textId="77777777" w:rsidR="005F22E8" w:rsidRPr="005F22E8" w:rsidRDefault="005F22E8" w:rsidP="005F22E8">
      <w:pPr>
        <w:rPr>
          <w:lang w:val="pl-PL"/>
        </w:rPr>
      </w:pPr>
      <w:r w:rsidRPr="005F22E8">
        <w:rPr>
          <w:lang w:val="pl-PL"/>
        </w:rPr>
        <w:t>Oświadczam, że nie pełniłem/am wcześniej mandatu radnego/radnej Młodzieżowej Rady Miejskiej w Chorzelach w żadnej z poprzednich kadencji.</w:t>
      </w:r>
    </w:p>
    <w:p w14:paraId="35696150" w14:textId="77777777" w:rsidR="005F22E8" w:rsidRPr="005F22E8" w:rsidRDefault="005F22E8" w:rsidP="005F22E8">
      <w:pPr>
        <w:rPr>
          <w:lang w:val="pl-PL"/>
        </w:rPr>
      </w:pPr>
    </w:p>
    <w:p w14:paraId="3D310F1E" w14:textId="0B2F9A0D" w:rsidR="005F22E8" w:rsidRPr="005F22E8" w:rsidRDefault="005F22E8" w:rsidP="005F22E8">
      <w:pPr>
        <w:rPr>
          <w:lang w:val="pl-PL"/>
        </w:rPr>
      </w:pPr>
      <w:r w:rsidRPr="005F22E8">
        <w:rPr>
          <w:lang w:val="pl-PL"/>
        </w:rPr>
        <w:t>....................................................</w:t>
      </w:r>
    </w:p>
    <w:p w14:paraId="343B78A9" w14:textId="1E1DBD81" w:rsidR="005F22E8" w:rsidRDefault="005F22E8" w:rsidP="005F22E8">
      <w:pPr>
        <w:rPr>
          <w:lang w:val="pl-PL"/>
        </w:rPr>
      </w:pPr>
      <w:r w:rsidRPr="005F22E8">
        <w:rPr>
          <w:lang w:val="pl-PL"/>
        </w:rPr>
        <w:t>(data i podpis kandydata)</w:t>
      </w:r>
    </w:p>
    <w:p w14:paraId="1635F199" w14:textId="77777777" w:rsidR="005F22E8" w:rsidRPr="00552B38" w:rsidRDefault="005F22E8">
      <w:pPr>
        <w:rPr>
          <w:lang w:val="pl-PL"/>
        </w:rPr>
      </w:pPr>
    </w:p>
    <w:p w14:paraId="456B1937" w14:textId="77777777" w:rsidR="00E053C5" w:rsidRPr="00552B38" w:rsidRDefault="00F35F9D">
      <w:pPr>
        <w:pStyle w:val="Nagwek2"/>
        <w:rPr>
          <w:lang w:val="pl-PL"/>
        </w:rPr>
      </w:pPr>
      <w:r w:rsidRPr="00552B38">
        <w:rPr>
          <w:lang w:val="pl-PL"/>
        </w:rPr>
        <w:t>Zgoda rodzica / opiekuna prawnego (dotyczy kandydatów niepełnoletnich)</w:t>
      </w:r>
    </w:p>
    <w:p w14:paraId="38B321BB" w14:textId="77659B28" w:rsidR="00E053C5" w:rsidRPr="00552B38" w:rsidRDefault="00F35F9D">
      <w:pPr>
        <w:rPr>
          <w:lang w:val="pl-PL"/>
        </w:rPr>
      </w:pPr>
      <w:r w:rsidRPr="00552B38">
        <w:rPr>
          <w:lang w:val="pl-PL"/>
        </w:rPr>
        <w:t>Ja, niżej podpisany/a ............................................................................................</w:t>
      </w:r>
      <w:r w:rsidRPr="00552B38">
        <w:rPr>
          <w:lang w:val="pl-PL"/>
        </w:rPr>
        <w:br/>
        <w:t>(imię i nazwisko rodzica/opiekuna)</w:t>
      </w:r>
      <w:r w:rsidRPr="00552B38">
        <w:rPr>
          <w:lang w:val="pl-PL"/>
        </w:rPr>
        <w:br/>
      </w:r>
      <w:r w:rsidRPr="00552B38">
        <w:rPr>
          <w:lang w:val="pl-PL"/>
        </w:rPr>
        <w:lastRenderedPageBreak/>
        <w:t>wyrażam zgodę na kandydowanie mojego dziecka/podopiecznego do Młodzieżowej Rady Miejskiej w Chorzel</w:t>
      </w:r>
      <w:r w:rsidR="00B83CFE">
        <w:rPr>
          <w:lang w:val="pl-PL"/>
        </w:rPr>
        <w:t>ach</w:t>
      </w:r>
      <w:r w:rsidRPr="00552B38">
        <w:rPr>
          <w:lang w:val="pl-PL"/>
        </w:rPr>
        <w:t xml:space="preserve"> oraz</w:t>
      </w:r>
      <w:r w:rsidR="00552B38">
        <w:rPr>
          <w:lang w:val="pl-PL"/>
        </w:rPr>
        <w:t>, że</w:t>
      </w:r>
      <w:r w:rsidR="00552B38" w:rsidRPr="00552B38">
        <w:rPr>
          <w:lang w:val="pl-PL"/>
        </w:rPr>
        <w:t xml:space="preserve"> zapoznałem się̨ z poniższą̨ klauzulą informacyjną.</w:t>
      </w:r>
      <w:r w:rsidRPr="00552B38">
        <w:rPr>
          <w:lang w:val="pl-PL"/>
        </w:rPr>
        <w:t xml:space="preserve"> </w:t>
      </w:r>
    </w:p>
    <w:p w14:paraId="4B21D91A" w14:textId="77777777" w:rsidR="00E053C5" w:rsidRPr="00552B38" w:rsidRDefault="00F35F9D">
      <w:pPr>
        <w:rPr>
          <w:lang w:val="pl-PL"/>
        </w:rPr>
      </w:pPr>
      <w:r w:rsidRPr="00552B38">
        <w:rPr>
          <w:lang w:val="pl-PL"/>
        </w:rPr>
        <w:t>....................................................</w:t>
      </w:r>
    </w:p>
    <w:p w14:paraId="6C928FF0" w14:textId="77777777" w:rsidR="00E053C5" w:rsidRPr="00552B38" w:rsidRDefault="00F35F9D">
      <w:pPr>
        <w:rPr>
          <w:lang w:val="pl-PL"/>
        </w:rPr>
      </w:pPr>
      <w:r w:rsidRPr="00552B38">
        <w:rPr>
          <w:lang w:val="pl-PL"/>
        </w:rPr>
        <w:t>(data i podpis rodzica/opiekuna)</w:t>
      </w:r>
    </w:p>
    <w:p w14:paraId="4DA8CDB1" w14:textId="77777777" w:rsidR="00E053C5" w:rsidRDefault="00F35F9D">
      <w:pPr>
        <w:pStyle w:val="Nagwek2"/>
        <w:rPr>
          <w:lang w:val="pl-PL"/>
        </w:rPr>
      </w:pPr>
      <w:r w:rsidRPr="00552B38">
        <w:rPr>
          <w:lang w:val="pl-PL"/>
        </w:rPr>
        <w:t>Lista popierających kandydata (minimum 10 uczniów z okręgu wyborczego)</w:t>
      </w:r>
    </w:p>
    <w:tbl>
      <w:tblPr>
        <w:tblStyle w:val="Tabela-Siatka"/>
        <w:tblW w:w="8821" w:type="dxa"/>
        <w:tblInd w:w="38" w:type="dxa"/>
        <w:tblLook w:val="04A0" w:firstRow="1" w:lastRow="0" w:firstColumn="1" w:lastColumn="0" w:noHBand="0" w:noVBand="1"/>
      </w:tblPr>
      <w:tblGrid>
        <w:gridCol w:w="639"/>
        <w:gridCol w:w="3841"/>
        <w:gridCol w:w="1848"/>
        <w:gridCol w:w="2493"/>
      </w:tblGrid>
      <w:tr w:rsidR="00552B38" w14:paraId="09659C5F" w14:textId="77777777" w:rsidTr="00552B38">
        <w:trPr>
          <w:trHeight w:val="70"/>
        </w:trPr>
        <w:tc>
          <w:tcPr>
            <w:tcW w:w="639" w:type="dxa"/>
          </w:tcPr>
          <w:p w14:paraId="6853659D" w14:textId="3F52BACE" w:rsidR="00552B38" w:rsidRPr="00552B38" w:rsidRDefault="00552B38" w:rsidP="00552B38">
            <w:pPr>
              <w:rPr>
                <w:b/>
                <w:bCs/>
                <w:lang w:val="pl-PL"/>
              </w:rPr>
            </w:pPr>
            <w:r w:rsidRPr="00552B38">
              <w:rPr>
                <w:b/>
                <w:bCs/>
                <w:lang w:val="pl-PL"/>
              </w:rPr>
              <w:t>Lp.</w:t>
            </w:r>
          </w:p>
        </w:tc>
        <w:tc>
          <w:tcPr>
            <w:tcW w:w="3841" w:type="dxa"/>
          </w:tcPr>
          <w:p w14:paraId="626E322B" w14:textId="5CB923EA" w:rsidR="00552B38" w:rsidRPr="00552B38" w:rsidRDefault="00552B38" w:rsidP="00552B38">
            <w:pPr>
              <w:jc w:val="center"/>
              <w:rPr>
                <w:b/>
                <w:bCs/>
                <w:lang w:val="pl-PL"/>
              </w:rPr>
            </w:pPr>
            <w:r w:rsidRPr="00552B38">
              <w:rPr>
                <w:b/>
                <w:bCs/>
                <w:lang w:val="pl-PL"/>
              </w:rPr>
              <w:t>Imię i Nazwisko</w:t>
            </w:r>
          </w:p>
        </w:tc>
        <w:tc>
          <w:tcPr>
            <w:tcW w:w="1848" w:type="dxa"/>
          </w:tcPr>
          <w:p w14:paraId="3887784F" w14:textId="74F8D220" w:rsidR="00552B38" w:rsidRPr="00552B38" w:rsidRDefault="00552B38" w:rsidP="00552B38">
            <w:pPr>
              <w:jc w:val="center"/>
              <w:rPr>
                <w:b/>
                <w:bCs/>
                <w:lang w:val="pl-PL"/>
              </w:rPr>
            </w:pPr>
            <w:r w:rsidRPr="00552B38">
              <w:rPr>
                <w:b/>
                <w:bCs/>
                <w:lang w:val="pl-PL"/>
              </w:rPr>
              <w:t>Wiek</w:t>
            </w:r>
          </w:p>
        </w:tc>
        <w:tc>
          <w:tcPr>
            <w:tcW w:w="2493" w:type="dxa"/>
          </w:tcPr>
          <w:p w14:paraId="401F3CA0" w14:textId="3457118D" w:rsidR="00552B38" w:rsidRPr="00552B38" w:rsidRDefault="00552B38" w:rsidP="00552B38">
            <w:pPr>
              <w:jc w:val="center"/>
              <w:rPr>
                <w:b/>
                <w:bCs/>
                <w:lang w:val="pl-PL"/>
              </w:rPr>
            </w:pPr>
            <w:r w:rsidRPr="00552B38">
              <w:rPr>
                <w:b/>
                <w:bCs/>
                <w:lang w:val="pl-PL"/>
              </w:rPr>
              <w:t>Podpis</w:t>
            </w:r>
          </w:p>
        </w:tc>
      </w:tr>
      <w:tr w:rsidR="00552B38" w14:paraId="6C760744" w14:textId="77777777" w:rsidTr="00552B38">
        <w:trPr>
          <w:trHeight w:val="70"/>
        </w:trPr>
        <w:tc>
          <w:tcPr>
            <w:tcW w:w="639" w:type="dxa"/>
          </w:tcPr>
          <w:p w14:paraId="759E4B74" w14:textId="77777777" w:rsidR="00552B38" w:rsidRPr="00552B38" w:rsidRDefault="00552B38" w:rsidP="00552B38">
            <w:pPr>
              <w:pStyle w:val="Akapitzlist"/>
              <w:numPr>
                <w:ilvl w:val="0"/>
                <w:numId w:val="10"/>
              </w:numPr>
              <w:jc w:val="both"/>
              <w:rPr>
                <w:lang w:val="pl-PL"/>
              </w:rPr>
            </w:pPr>
          </w:p>
        </w:tc>
        <w:tc>
          <w:tcPr>
            <w:tcW w:w="3841" w:type="dxa"/>
          </w:tcPr>
          <w:p w14:paraId="54C187DE" w14:textId="77777777" w:rsidR="00552B38" w:rsidRDefault="00552B38" w:rsidP="00552B38">
            <w:pPr>
              <w:rPr>
                <w:lang w:val="pl-PL"/>
              </w:rPr>
            </w:pPr>
          </w:p>
        </w:tc>
        <w:tc>
          <w:tcPr>
            <w:tcW w:w="1848" w:type="dxa"/>
          </w:tcPr>
          <w:p w14:paraId="1F862AB0" w14:textId="77777777" w:rsidR="00552B38" w:rsidRDefault="00552B38" w:rsidP="00552B38">
            <w:pPr>
              <w:rPr>
                <w:lang w:val="pl-PL"/>
              </w:rPr>
            </w:pPr>
          </w:p>
        </w:tc>
        <w:tc>
          <w:tcPr>
            <w:tcW w:w="2493" w:type="dxa"/>
          </w:tcPr>
          <w:p w14:paraId="79207002" w14:textId="77777777" w:rsidR="00552B38" w:rsidRDefault="00552B38" w:rsidP="00552B38">
            <w:pPr>
              <w:rPr>
                <w:lang w:val="pl-PL"/>
              </w:rPr>
            </w:pPr>
          </w:p>
        </w:tc>
      </w:tr>
      <w:tr w:rsidR="00552B38" w14:paraId="0F9FE52B" w14:textId="77777777" w:rsidTr="00552B38">
        <w:trPr>
          <w:trHeight w:val="70"/>
        </w:trPr>
        <w:tc>
          <w:tcPr>
            <w:tcW w:w="639" w:type="dxa"/>
          </w:tcPr>
          <w:p w14:paraId="1A2C9E9D" w14:textId="77777777" w:rsidR="00552B38" w:rsidRPr="00552B38" w:rsidRDefault="00552B38" w:rsidP="00552B38">
            <w:pPr>
              <w:pStyle w:val="Akapitzlist"/>
              <w:numPr>
                <w:ilvl w:val="0"/>
                <w:numId w:val="10"/>
              </w:numPr>
              <w:rPr>
                <w:lang w:val="pl-PL"/>
              </w:rPr>
            </w:pPr>
          </w:p>
        </w:tc>
        <w:tc>
          <w:tcPr>
            <w:tcW w:w="3841" w:type="dxa"/>
          </w:tcPr>
          <w:p w14:paraId="3CCDA60E" w14:textId="77777777" w:rsidR="00552B38" w:rsidRDefault="00552B38" w:rsidP="00552B38">
            <w:pPr>
              <w:rPr>
                <w:lang w:val="pl-PL"/>
              </w:rPr>
            </w:pPr>
          </w:p>
        </w:tc>
        <w:tc>
          <w:tcPr>
            <w:tcW w:w="1848" w:type="dxa"/>
          </w:tcPr>
          <w:p w14:paraId="386849B1" w14:textId="77777777" w:rsidR="00552B38" w:rsidRDefault="00552B38" w:rsidP="00552B38">
            <w:pPr>
              <w:rPr>
                <w:lang w:val="pl-PL"/>
              </w:rPr>
            </w:pPr>
          </w:p>
        </w:tc>
        <w:tc>
          <w:tcPr>
            <w:tcW w:w="2493" w:type="dxa"/>
          </w:tcPr>
          <w:p w14:paraId="13DFE6A4" w14:textId="77777777" w:rsidR="00552B38" w:rsidRDefault="00552B38" w:rsidP="00552B38">
            <w:pPr>
              <w:rPr>
                <w:lang w:val="pl-PL"/>
              </w:rPr>
            </w:pPr>
          </w:p>
        </w:tc>
      </w:tr>
      <w:tr w:rsidR="00552B38" w14:paraId="60338BB8" w14:textId="77777777" w:rsidTr="00552B38">
        <w:trPr>
          <w:trHeight w:val="66"/>
        </w:trPr>
        <w:tc>
          <w:tcPr>
            <w:tcW w:w="639" w:type="dxa"/>
          </w:tcPr>
          <w:p w14:paraId="04274FF5" w14:textId="77777777" w:rsidR="00552B38" w:rsidRPr="00552B38" w:rsidRDefault="00552B38" w:rsidP="00552B38">
            <w:pPr>
              <w:pStyle w:val="Akapitzlist"/>
              <w:numPr>
                <w:ilvl w:val="0"/>
                <w:numId w:val="10"/>
              </w:numPr>
              <w:rPr>
                <w:lang w:val="pl-PL"/>
              </w:rPr>
            </w:pPr>
          </w:p>
        </w:tc>
        <w:tc>
          <w:tcPr>
            <w:tcW w:w="3841" w:type="dxa"/>
          </w:tcPr>
          <w:p w14:paraId="7333195B" w14:textId="77777777" w:rsidR="00552B38" w:rsidRDefault="00552B38" w:rsidP="00552B38">
            <w:pPr>
              <w:rPr>
                <w:lang w:val="pl-PL"/>
              </w:rPr>
            </w:pPr>
          </w:p>
        </w:tc>
        <w:tc>
          <w:tcPr>
            <w:tcW w:w="1848" w:type="dxa"/>
          </w:tcPr>
          <w:p w14:paraId="0A60B079" w14:textId="77777777" w:rsidR="00552B38" w:rsidRDefault="00552B38" w:rsidP="00552B38">
            <w:pPr>
              <w:rPr>
                <w:lang w:val="pl-PL"/>
              </w:rPr>
            </w:pPr>
          </w:p>
        </w:tc>
        <w:tc>
          <w:tcPr>
            <w:tcW w:w="2493" w:type="dxa"/>
          </w:tcPr>
          <w:p w14:paraId="3A5EC18A" w14:textId="77777777" w:rsidR="00552B38" w:rsidRDefault="00552B38" w:rsidP="00552B38">
            <w:pPr>
              <w:rPr>
                <w:lang w:val="pl-PL"/>
              </w:rPr>
            </w:pPr>
          </w:p>
        </w:tc>
      </w:tr>
      <w:tr w:rsidR="00552B38" w14:paraId="65F2780D" w14:textId="77777777" w:rsidTr="00552B38">
        <w:trPr>
          <w:trHeight w:val="70"/>
        </w:trPr>
        <w:tc>
          <w:tcPr>
            <w:tcW w:w="639" w:type="dxa"/>
          </w:tcPr>
          <w:p w14:paraId="348401B6" w14:textId="77777777" w:rsidR="00552B38" w:rsidRPr="00552B38" w:rsidRDefault="00552B38" w:rsidP="00552B38">
            <w:pPr>
              <w:pStyle w:val="Akapitzlist"/>
              <w:numPr>
                <w:ilvl w:val="0"/>
                <w:numId w:val="10"/>
              </w:numPr>
              <w:rPr>
                <w:lang w:val="pl-PL"/>
              </w:rPr>
            </w:pPr>
          </w:p>
        </w:tc>
        <w:tc>
          <w:tcPr>
            <w:tcW w:w="3841" w:type="dxa"/>
          </w:tcPr>
          <w:p w14:paraId="47428439" w14:textId="77777777" w:rsidR="00552B38" w:rsidRDefault="00552B38" w:rsidP="00552B38">
            <w:pPr>
              <w:rPr>
                <w:lang w:val="pl-PL"/>
              </w:rPr>
            </w:pPr>
          </w:p>
        </w:tc>
        <w:tc>
          <w:tcPr>
            <w:tcW w:w="1848" w:type="dxa"/>
          </w:tcPr>
          <w:p w14:paraId="5DD76821" w14:textId="77777777" w:rsidR="00552B38" w:rsidRDefault="00552B38" w:rsidP="00552B38">
            <w:pPr>
              <w:rPr>
                <w:lang w:val="pl-PL"/>
              </w:rPr>
            </w:pPr>
          </w:p>
        </w:tc>
        <w:tc>
          <w:tcPr>
            <w:tcW w:w="2493" w:type="dxa"/>
          </w:tcPr>
          <w:p w14:paraId="2BC2A9A2" w14:textId="77777777" w:rsidR="00552B38" w:rsidRDefault="00552B38" w:rsidP="00552B38">
            <w:pPr>
              <w:rPr>
                <w:lang w:val="pl-PL"/>
              </w:rPr>
            </w:pPr>
          </w:p>
        </w:tc>
      </w:tr>
      <w:tr w:rsidR="00552B38" w14:paraId="2FAA24F9" w14:textId="77777777" w:rsidTr="00552B38">
        <w:trPr>
          <w:trHeight w:val="70"/>
        </w:trPr>
        <w:tc>
          <w:tcPr>
            <w:tcW w:w="639" w:type="dxa"/>
          </w:tcPr>
          <w:p w14:paraId="21F48083" w14:textId="77777777" w:rsidR="00552B38" w:rsidRPr="00552B38" w:rsidRDefault="00552B38" w:rsidP="00552B38">
            <w:pPr>
              <w:pStyle w:val="Akapitzlist"/>
              <w:numPr>
                <w:ilvl w:val="0"/>
                <w:numId w:val="10"/>
              </w:numPr>
              <w:rPr>
                <w:lang w:val="pl-PL"/>
              </w:rPr>
            </w:pPr>
          </w:p>
        </w:tc>
        <w:tc>
          <w:tcPr>
            <w:tcW w:w="3841" w:type="dxa"/>
          </w:tcPr>
          <w:p w14:paraId="3BF2E9BF" w14:textId="77777777" w:rsidR="00552B38" w:rsidRDefault="00552B38" w:rsidP="00552B38">
            <w:pPr>
              <w:rPr>
                <w:lang w:val="pl-PL"/>
              </w:rPr>
            </w:pPr>
          </w:p>
        </w:tc>
        <w:tc>
          <w:tcPr>
            <w:tcW w:w="1848" w:type="dxa"/>
          </w:tcPr>
          <w:p w14:paraId="70FE1B27" w14:textId="77777777" w:rsidR="00552B38" w:rsidRDefault="00552B38" w:rsidP="00552B38">
            <w:pPr>
              <w:rPr>
                <w:lang w:val="pl-PL"/>
              </w:rPr>
            </w:pPr>
          </w:p>
        </w:tc>
        <w:tc>
          <w:tcPr>
            <w:tcW w:w="2493" w:type="dxa"/>
          </w:tcPr>
          <w:p w14:paraId="5F648E0B" w14:textId="77777777" w:rsidR="00552B38" w:rsidRDefault="00552B38" w:rsidP="00552B38">
            <w:pPr>
              <w:rPr>
                <w:lang w:val="pl-PL"/>
              </w:rPr>
            </w:pPr>
          </w:p>
        </w:tc>
      </w:tr>
      <w:tr w:rsidR="00552B38" w14:paraId="34001F39" w14:textId="77777777" w:rsidTr="00552B38">
        <w:trPr>
          <w:trHeight w:val="70"/>
        </w:trPr>
        <w:tc>
          <w:tcPr>
            <w:tcW w:w="639" w:type="dxa"/>
          </w:tcPr>
          <w:p w14:paraId="2D592A4B" w14:textId="77777777" w:rsidR="00552B38" w:rsidRPr="00552B38" w:rsidRDefault="00552B38" w:rsidP="00552B38">
            <w:pPr>
              <w:pStyle w:val="Akapitzlist"/>
              <w:numPr>
                <w:ilvl w:val="0"/>
                <w:numId w:val="10"/>
              </w:numPr>
              <w:rPr>
                <w:lang w:val="pl-PL"/>
              </w:rPr>
            </w:pPr>
          </w:p>
        </w:tc>
        <w:tc>
          <w:tcPr>
            <w:tcW w:w="3841" w:type="dxa"/>
          </w:tcPr>
          <w:p w14:paraId="50B83DCF" w14:textId="77777777" w:rsidR="00552B38" w:rsidRDefault="00552B38" w:rsidP="00552B38">
            <w:pPr>
              <w:rPr>
                <w:lang w:val="pl-PL"/>
              </w:rPr>
            </w:pPr>
          </w:p>
        </w:tc>
        <w:tc>
          <w:tcPr>
            <w:tcW w:w="1848" w:type="dxa"/>
          </w:tcPr>
          <w:p w14:paraId="472821BD" w14:textId="77777777" w:rsidR="00552B38" w:rsidRDefault="00552B38" w:rsidP="00552B38">
            <w:pPr>
              <w:rPr>
                <w:lang w:val="pl-PL"/>
              </w:rPr>
            </w:pPr>
          </w:p>
        </w:tc>
        <w:tc>
          <w:tcPr>
            <w:tcW w:w="2493" w:type="dxa"/>
          </w:tcPr>
          <w:p w14:paraId="69A32CF2" w14:textId="77777777" w:rsidR="00552B38" w:rsidRDefault="00552B38" w:rsidP="00552B38">
            <w:pPr>
              <w:rPr>
                <w:lang w:val="pl-PL"/>
              </w:rPr>
            </w:pPr>
          </w:p>
        </w:tc>
      </w:tr>
      <w:tr w:rsidR="00552B38" w14:paraId="7F2BC894" w14:textId="77777777" w:rsidTr="00552B38">
        <w:trPr>
          <w:trHeight w:val="70"/>
        </w:trPr>
        <w:tc>
          <w:tcPr>
            <w:tcW w:w="639" w:type="dxa"/>
          </w:tcPr>
          <w:p w14:paraId="55271E13" w14:textId="77777777" w:rsidR="00552B38" w:rsidRPr="00552B38" w:rsidRDefault="00552B38" w:rsidP="00552B38">
            <w:pPr>
              <w:pStyle w:val="Akapitzlist"/>
              <w:numPr>
                <w:ilvl w:val="0"/>
                <w:numId w:val="10"/>
              </w:numPr>
              <w:rPr>
                <w:lang w:val="pl-PL"/>
              </w:rPr>
            </w:pPr>
          </w:p>
        </w:tc>
        <w:tc>
          <w:tcPr>
            <w:tcW w:w="3841" w:type="dxa"/>
          </w:tcPr>
          <w:p w14:paraId="58B9AAF3" w14:textId="77777777" w:rsidR="00552B38" w:rsidRDefault="00552B38" w:rsidP="00552B38">
            <w:pPr>
              <w:rPr>
                <w:lang w:val="pl-PL"/>
              </w:rPr>
            </w:pPr>
          </w:p>
        </w:tc>
        <w:tc>
          <w:tcPr>
            <w:tcW w:w="1848" w:type="dxa"/>
          </w:tcPr>
          <w:p w14:paraId="65E00344" w14:textId="77777777" w:rsidR="00552B38" w:rsidRDefault="00552B38" w:rsidP="00552B38">
            <w:pPr>
              <w:rPr>
                <w:lang w:val="pl-PL"/>
              </w:rPr>
            </w:pPr>
          </w:p>
        </w:tc>
        <w:tc>
          <w:tcPr>
            <w:tcW w:w="2493" w:type="dxa"/>
          </w:tcPr>
          <w:p w14:paraId="5DEA437C" w14:textId="77777777" w:rsidR="00552B38" w:rsidRDefault="00552B38" w:rsidP="00552B38">
            <w:pPr>
              <w:rPr>
                <w:lang w:val="pl-PL"/>
              </w:rPr>
            </w:pPr>
          </w:p>
        </w:tc>
      </w:tr>
      <w:tr w:rsidR="00552B38" w14:paraId="1678E532" w14:textId="77777777" w:rsidTr="00552B38">
        <w:trPr>
          <w:trHeight w:val="70"/>
        </w:trPr>
        <w:tc>
          <w:tcPr>
            <w:tcW w:w="639" w:type="dxa"/>
          </w:tcPr>
          <w:p w14:paraId="4DBAE27B" w14:textId="77777777" w:rsidR="00552B38" w:rsidRPr="00552B38" w:rsidRDefault="00552B38" w:rsidP="00552B38">
            <w:pPr>
              <w:pStyle w:val="Akapitzlist"/>
              <w:numPr>
                <w:ilvl w:val="0"/>
                <w:numId w:val="10"/>
              </w:numPr>
              <w:rPr>
                <w:lang w:val="pl-PL"/>
              </w:rPr>
            </w:pPr>
          </w:p>
        </w:tc>
        <w:tc>
          <w:tcPr>
            <w:tcW w:w="3841" w:type="dxa"/>
          </w:tcPr>
          <w:p w14:paraId="158F6752" w14:textId="77777777" w:rsidR="00552B38" w:rsidRDefault="00552B38" w:rsidP="00552B38">
            <w:pPr>
              <w:rPr>
                <w:lang w:val="pl-PL"/>
              </w:rPr>
            </w:pPr>
          </w:p>
        </w:tc>
        <w:tc>
          <w:tcPr>
            <w:tcW w:w="1848" w:type="dxa"/>
          </w:tcPr>
          <w:p w14:paraId="397B7813" w14:textId="77777777" w:rsidR="00552B38" w:rsidRDefault="00552B38" w:rsidP="00552B38">
            <w:pPr>
              <w:rPr>
                <w:lang w:val="pl-PL"/>
              </w:rPr>
            </w:pPr>
          </w:p>
        </w:tc>
        <w:tc>
          <w:tcPr>
            <w:tcW w:w="2493" w:type="dxa"/>
          </w:tcPr>
          <w:p w14:paraId="50BA4F16" w14:textId="77777777" w:rsidR="00552B38" w:rsidRDefault="00552B38" w:rsidP="00552B38">
            <w:pPr>
              <w:rPr>
                <w:lang w:val="pl-PL"/>
              </w:rPr>
            </w:pPr>
          </w:p>
        </w:tc>
      </w:tr>
      <w:tr w:rsidR="00552B38" w14:paraId="0A283DC3" w14:textId="77777777" w:rsidTr="00552B38">
        <w:trPr>
          <w:trHeight w:val="66"/>
        </w:trPr>
        <w:tc>
          <w:tcPr>
            <w:tcW w:w="639" w:type="dxa"/>
          </w:tcPr>
          <w:p w14:paraId="36FD7FB6" w14:textId="77777777" w:rsidR="00552B38" w:rsidRPr="00552B38" w:rsidRDefault="00552B38" w:rsidP="00552B38">
            <w:pPr>
              <w:pStyle w:val="Akapitzlist"/>
              <w:numPr>
                <w:ilvl w:val="0"/>
                <w:numId w:val="10"/>
              </w:numPr>
              <w:rPr>
                <w:lang w:val="pl-PL"/>
              </w:rPr>
            </w:pPr>
          </w:p>
        </w:tc>
        <w:tc>
          <w:tcPr>
            <w:tcW w:w="3841" w:type="dxa"/>
          </w:tcPr>
          <w:p w14:paraId="36194D13" w14:textId="77777777" w:rsidR="00552B38" w:rsidRDefault="00552B38" w:rsidP="00552B38">
            <w:pPr>
              <w:rPr>
                <w:lang w:val="pl-PL"/>
              </w:rPr>
            </w:pPr>
          </w:p>
        </w:tc>
        <w:tc>
          <w:tcPr>
            <w:tcW w:w="1848" w:type="dxa"/>
          </w:tcPr>
          <w:p w14:paraId="03AE9139" w14:textId="77777777" w:rsidR="00552B38" w:rsidRDefault="00552B38" w:rsidP="00552B38">
            <w:pPr>
              <w:rPr>
                <w:lang w:val="pl-PL"/>
              </w:rPr>
            </w:pPr>
          </w:p>
        </w:tc>
        <w:tc>
          <w:tcPr>
            <w:tcW w:w="2493" w:type="dxa"/>
          </w:tcPr>
          <w:p w14:paraId="5B05D77A" w14:textId="77777777" w:rsidR="00552B38" w:rsidRDefault="00552B38" w:rsidP="00552B38">
            <w:pPr>
              <w:rPr>
                <w:lang w:val="pl-PL"/>
              </w:rPr>
            </w:pPr>
          </w:p>
        </w:tc>
      </w:tr>
      <w:tr w:rsidR="00552B38" w14:paraId="0F96C737" w14:textId="77777777" w:rsidTr="00552B38">
        <w:trPr>
          <w:trHeight w:val="70"/>
        </w:trPr>
        <w:tc>
          <w:tcPr>
            <w:tcW w:w="639" w:type="dxa"/>
          </w:tcPr>
          <w:p w14:paraId="44D61E88" w14:textId="77777777" w:rsidR="00552B38" w:rsidRPr="00552B38" w:rsidRDefault="00552B38" w:rsidP="00552B38">
            <w:pPr>
              <w:pStyle w:val="Akapitzlist"/>
              <w:numPr>
                <w:ilvl w:val="0"/>
                <w:numId w:val="10"/>
              </w:numPr>
              <w:rPr>
                <w:lang w:val="pl-PL"/>
              </w:rPr>
            </w:pPr>
          </w:p>
        </w:tc>
        <w:tc>
          <w:tcPr>
            <w:tcW w:w="3841" w:type="dxa"/>
          </w:tcPr>
          <w:p w14:paraId="655E2630" w14:textId="77777777" w:rsidR="00552B38" w:rsidRDefault="00552B38" w:rsidP="00552B38">
            <w:pPr>
              <w:rPr>
                <w:lang w:val="pl-PL"/>
              </w:rPr>
            </w:pPr>
          </w:p>
        </w:tc>
        <w:tc>
          <w:tcPr>
            <w:tcW w:w="1848" w:type="dxa"/>
          </w:tcPr>
          <w:p w14:paraId="67EBF705" w14:textId="77777777" w:rsidR="00552B38" w:rsidRDefault="00552B38" w:rsidP="00552B38">
            <w:pPr>
              <w:rPr>
                <w:lang w:val="pl-PL"/>
              </w:rPr>
            </w:pPr>
          </w:p>
        </w:tc>
        <w:tc>
          <w:tcPr>
            <w:tcW w:w="2493" w:type="dxa"/>
          </w:tcPr>
          <w:p w14:paraId="6270771F" w14:textId="77777777" w:rsidR="00552B38" w:rsidRDefault="00552B38" w:rsidP="00552B38">
            <w:pPr>
              <w:rPr>
                <w:lang w:val="pl-PL"/>
              </w:rPr>
            </w:pPr>
          </w:p>
        </w:tc>
      </w:tr>
      <w:tr w:rsidR="00552B38" w14:paraId="122513B5" w14:textId="77777777" w:rsidTr="00552B38">
        <w:trPr>
          <w:trHeight w:val="70"/>
        </w:trPr>
        <w:tc>
          <w:tcPr>
            <w:tcW w:w="639" w:type="dxa"/>
          </w:tcPr>
          <w:p w14:paraId="2665527D" w14:textId="77777777" w:rsidR="00552B38" w:rsidRPr="00552B38" w:rsidRDefault="00552B38" w:rsidP="00552B38">
            <w:pPr>
              <w:pStyle w:val="Akapitzlist"/>
              <w:numPr>
                <w:ilvl w:val="0"/>
                <w:numId w:val="10"/>
              </w:numPr>
              <w:rPr>
                <w:lang w:val="pl-PL"/>
              </w:rPr>
            </w:pPr>
          </w:p>
        </w:tc>
        <w:tc>
          <w:tcPr>
            <w:tcW w:w="3841" w:type="dxa"/>
          </w:tcPr>
          <w:p w14:paraId="181A4028" w14:textId="77777777" w:rsidR="00552B38" w:rsidRDefault="00552B38" w:rsidP="00552B38">
            <w:pPr>
              <w:rPr>
                <w:lang w:val="pl-PL"/>
              </w:rPr>
            </w:pPr>
          </w:p>
        </w:tc>
        <w:tc>
          <w:tcPr>
            <w:tcW w:w="1848" w:type="dxa"/>
          </w:tcPr>
          <w:p w14:paraId="421C0198" w14:textId="77777777" w:rsidR="00552B38" w:rsidRDefault="00552B38" w:rsidP="00552B38">
            <w:pPr>
              <w:rPr>
                <w:lang w:val="pl-PL"/>
              </w:rPr>
            </w:pPr>
          </w:p>
        </w:tc>
        <w:tc>
          <w:tcPr>
            <w:tcW w:w="2493" w:type="dxa"/>
          </w:tcPr>
          <w:p w14:paraId="4775ED80" w14:textId="77777777" w:rsidR="00552B38" w:rsidRDefault="00552B38" w:rsidP="00552B38">
            <w:pPr>
              <w:rPr>
                <w:lang w:val="pl-PL"/>
              </w:rPr>
            </w:pPr>
          </w:p>
        </w:tc>
      </w:tr>
      <w:tr w:rsidR="00552B38" w14:paraId="35A62594" w14:textId="77777777" w:rsidTr="00552B38">
        <w:trPr>
          <w:trHeight w:val="70"/>
        </w:trPr>
        <w:tc>
          <w:tcPr>
            <w:tcW w:w="639" w:type="dxa"/>
          </w:tcPr>
          <w:p w14:paraId="3371AFD1" w14:textId="77777777" w:rsidR="00552B38" w:rsidRPr="00552B38" w:rsidRDefault="00552B38" w:rsidP="00552B38">
            <w:pPr>
              <w:pStyle w:val="Akapitzlist"/>
              <w:numPr>
                <w:ilvl w:val="0"/>
                <w:numId w:val="10"/>
              </w:numPr>
              <w:rPr>
                <w:lang w:val="pl-PL"/>
              </w:rPr>
            </w:pPr>
          </w:p>
        </w:tc>
        <w:tc>
          <w:tcPr>
            <w:tcW w:w="3841" w:type="dxa"/>
          </w:tcPr>
          <w:p w14:paraId="2B72AD15" w14:textId="77777777" w:rsidR="00552B38" w:rsidRDefault="00552B38" w:rsidP="00552B38">
            <w:pPr>
              <w:rPr>
                <w:lang w:val="pl-PL"/>
              </w:rPr>
            </w:pPr>
          </w:p>
        </w:tc>
        <w:tc>
          <w:tcPr>
            <w:tcW w:w="1848" w:type="dxa"/>
          </w:tcPr>
          <w:p w14:paraId="6966D565" w14:textId="77777777" w:rsidR="00552B38" w:rsidRDefault="00552B38" w:rsidP="00552B38">
            <w:pPr>
              <w:rPr>
                <w:lang w:val="pl-PL"/>
              </w:rPr>
            </w:pPr>
          </w:p>
        </w:tc>
        <w:tc>
          <w:tcPr>
            <w:tcW w:w="2493" w:type="dxa"/>
          </w:tcPr>
          <w:p w14:paraId="29156A92" w14:textId="77777777" w:rsidR="00552B38" w:rsidRDefault="00552B38" w:rsidP="00552B38">
            <w:pPr>
              <w:rPr>
                <w:lang w:val="pl-PL"/>
              </w:rPr>
            </w:pPr>
          </w:p>
        </w:tc>
      </w:tr>
    </w:tbl>
    <w:p w14:paraId="1D06CDF8" w14:textId="77777777" w:rsidR="00552B38" w:rsidRPr="00552B38" w:rsidRDefault="00552B38" w:rsidP="00552B38">
      <w:pPr>
        <w:rPr>
          <w:lang w:val="pl-PL"/>
        </w:rPr>
      </w:pPr>
    </w:p>
    <w:p w14:paraId="419F1837" w14:textId="77777777" w:rsidR="006E5EFD" w:rsidRDefault="00F35F9D">
      <w:pPr>
        <w:rPr>
          <w:u w:val="single"/>
          <w:lang w:val="pl-PL"/>
        </w:rPr>
      </w:pPr>
      <w:r>
        <w:br/>
      </w:r>
      <w:r w:rsidRPr="00552B38">
        <w:rPr>
          <w:u w:val="single"/>
          <w:lang w:val="pl-PL"/>
        </w:rPr>
        <w:t>Instrukcja:</w:t>
      </w:r>
    </w:p>
    <w:p w14:paraId="42547328" w14:textId="77777777" w:rsidR="006E5EFD" w:rsidRPr="006E5EFD" w:rsidRDefault="00552B38" w:rsidP="006E5EFD">
      <w:pPr>
        <w:pStyle w:val="Akapitzlist"/>
        <w:numPr>
          <w:ilvl w:val="0"/>
          <w:numId w:val="11"/>
        </w:numPr>
        <w:rPr>
          <w:u w:val="single"/>
          <w:lang w:val="pl-PL"/>
        </w:rPr>
      </w:pPr>
      <w:r w:rsidRPr="006E5EFD">
        <w:rPr>
          <w:lang w:val="pl-PL"/>
        </w:rPr>
        <w:t>Kartę należy złożyć w Okręgowej Komisji Wyborczej najpóźniej na 7 dni przed wyborami.</w:t>
      </w:r>
    </w:p>
    <w:p w14:paraId="5F99357A" w14:textId="7C2569B0" w:rsidR="00E053C5" w:rsidRPr="006E5EFD" w:rsidRDefault="00552B38" w:rsidP="006E5EFD">
      <w:pPr>
        <w:pStyle w:val="Akapitzlist"/>
        <w:numPr>
          <w:ilvl w:val="0"/>
          <w:numId w:val="11"/>
        </w:numPr>
        <w:rPr>
          <w:u w:val="single"/>
          <w:lang w:val="pl-PL"/>
        </w:rPr>
      </w:pPr>
      <w:r w:rsidRPr="006E5EFD">
        <w:rPr>
          <w:lang w:val="pl-PL"/>
        </w:rPr>
        <w:t>Zgłoszenie jest ważne tylko z kompletną listą co najmniej 10 osób popierających kandydata.</w:t>
      </w:r>
    </w:p>
    <w:p w14:paraId="7AE1075B" w14:textId="62979103" w:rsidR="006E5EFD" w:rsidRDefault="006E5EFD">
      <w:pPr>
        <w:rPr>
          <w:lang w:val="pl-PL"/>
        </w:rPr>
      </w:pPr>
      <w:r w:rsidRPr="006E5EFD">
        <w:rPr>
          <w:lang w:val="pl-PL"/>
        </w:rPr>
        <w:t>* Pola oznaczone gwiazdką są obowiązkowe do wypełnienia</w:t>
      </w:r>
    </w:p>
    <w:p w14:paraId="322CABF9" w14:textId="77777777" w:rsidR="00760CBA" w:rsidRDefault="00760CBA">
      <w:pPr>
        <w:rPr>
          <w:lang w:val="pl-PL"/>
        </w:rPr>
      </w:pPr>
    </w:p>
    <w:p w14:paraId="59A6120B" w14:textId="77777777" w:rsidR="00760CBA" w:rsidRDefault="00760CBA">
      <w:pPr>
        <w:rPr>
          <w:lang w:val="pl-PL"/>
        </w:rPr>
      </w:pPr>
    </w:p>
    <w:p w14:paraId="03D95E55" w14:textId="77777777" w:rsidR="00760CBA" w:rsidRDefault="00760CBA">
      <w:pPr>
        <w:rPr>
          <w:lang w:val="pl-PL"/>
        </w:rPr>
      </w:pPr>
    </w:p>
    <w:p w14:paraId="5DC9D40B" w14:textId="77777777" w:rsidR="00BB029B" w:rsidRDefault="00BB029B" w:rsidP="00BB029B">
      <w:pPr>
        <w:spacing w:line="240" w:lineRule="auto"/>
        <w:rPr>
          <w:rFonts w:ascii="Calibri" w:hAnsi="Calibri" w:cs="Calibri"/>
          <w:b/>
          <w:bCs/>
          <w:lang w:val="pl-PL"/>
        </w:rPr>
      </w:pPr>
    </w:p>
    <w:p w14:paraId="6ADE5107" w14:textId="77777777" w:rsidR="00BB029B" w:rsidRDefault="00BB029B" w:rsidP="00BB029B">
      <w:pPr>
        <w:spacing w:line="240" w:lineRule="auto"/>
        <w:rPr>
          <w:rFonts w:ascii="Calibri" w:hAnsi="Calibri" w:cs="Calibri"/>
          <w:b/>
          <w:bCs/>
          <w:lang w:val="pl-PL"/>
        </w:rPr>
      </w:pPr>
    </w:p>
    <w:p w14:paraId="7C2D3FBD" w14:textId="77777777" w:rsidR="00BB029B" w:rsidRDefault="00BB029B" w:rsidP="00BB029B">
      <w:pPr>
        <w:spacing w:line="240" w:lineRule="auto"/>
        <w:rPr>
          <w:rFonts w:ascii="Calibri" w:hAnsi="Calibri" w:cs="Calibri"/>
          <w:b/>
          <w:bCs/>
          <w:lang w:val="pl-PL"/>
        </w:rPr>
      </w:pPr>
    </w:p>
    <w:p w14:paraId="00301606" w14:textId="77777777" w:rsidR="00BB029B" w:rsidRDefault="00BB029B" w:rsidP="00BB029B">
      <w:pPr>
        <w:spacing w:line="240" w:lineRule="auto"/>
        <w:rPr>
          <w:rFonts w:ascii="Calibri" w:hAnsi="Calibri" w:cs="Calibri"/>
          <w:b/>
          <w:bCs/>
          <w:lang w:val="pl-PL"/>
        </w:rPr>
      </w:pPr>
    </w:p>
    <w:p w14:paraId="0330A0B1" w14:textId="77777777" w:rsidR="00BB029B" w:rsidRDefault="00BB029B" w:rsidP="00BB029B">
      <w:pPr>
        <w:spacing w:line="240" w:lineRule="auto"/>
        <w:rPr>
          <w:rFonts w:ascii="Calibri" w:hAnsi="Calibri" w:cs="Calibri"/>
          <w:b/>
          <w:bCs/>
          <w:lang w:val="pl-PL"/>
        </w:rPr>
      </w:pPr>
    </w:p>
    <w:p w14:paraId="131F6E1B" w14:textId="77777777" w:rsidR="00BB029B" w:rsidRDefault="00BB029B" w:rsidP="00BB029B">
      <w:pPr>
        <w:spacing w:line="240" w:lineRule="auto"/>
        <w:rPr>
          <w:rFonts w:ascii="Calibri" w:hAnsi="Calibri" w:cs="Calibri"/>
          <w:b/>
          <w:bCs/>
          <w:lang w:val="pl-PL"/>
        </w:rPr>
      </w:pPr>
    </w:p>
    <w:p w14:paraId="2FFC5E0A" w14:textId="7B916011" w:rsidR="00BB029B" w:rsidRPr="00BB029B" w:rsidRDefault="00BB029B" w:rsidP="00BB029B">
      <w:pPr>
        <w:spacing w:line="240" w:lineRule="auto"/>
        <w:rPr>
          <w:rFonts w:ascii="Calibri" w:hAnsi="Calibri" w:cs="Calibri"/>
          <w:b/>
          <w:bCs/>
          <w:lang w:val="pl-PL"/>
        </w:rPr>
      </w:pPr>
      <w:r w:rsidRPr="00BB029B">
        <w:rPr>
          <w:rFonts w:ascii="Calibri" w:hAnsi="Calibri" w:cs="Calibri"/>
          <w:b/>
          <w:bCs/>
          <w:lang w:val="pl-PL"/>
        </w:rPr>
        <w:lastRenderedPageBreak/>
        <w:t>OBOWIĄZEK INFORMACYJNY</w:t>
      </w:r>
    </w:p>
    <w:p w14:paraId="7FB084DD" w14:textId="77777777" w:rsidR="00BB029B" w:rsidRPr="00BB029B" w:rsidRDefault="00BB029B" w:rsidP="00BB029B">
      <w:pPr>
        <w:spacing w:line="240" w:lineRule="auto"/>
        <w:rPr>
          <w:rFonts w:ascii="Calibri" w:hAnsi="Calibri" w:cs="Calibri"/>
          <w:lang w:val="pl-PL"/>
        </w:rPr>
      </w:pPr>
    </w:p>
    <w:p w14:paraId="31E60D52" w14:textId="77777777" w:rsidR="00BB029B" w:rsidRPr="00BB029B" w:rsidRDefault="00BB029B" w:rsidP="00BB029B">
      <w:pPr>
        <w:spacing w:line="240" w:lineRule="auto"/>
        <w:rPr>
          <w:rFonts w:ascii="Calibri" w:hAnsi="Calibri" w:cs="Calibri"/>
          <w:lang w:val="pl-PL"/>
        </w:rPr>
      </w:pPr>
      <w:r w:rsidRPr="00BB029B">
        <w:rPr>
          <w:rFonts w:ascii="Calibri" w:hAnsi="Calibri" w:cs="Calibri"/>
          <w:lang w:val="pl-P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BB029B">
        <w:rPr>
          <w:rFonts w:ascii="Calibri" w:hAnsi="Calibri" w:cs="Calibri"/>
          <w:lang w:val="pl-PL"/>
        </w:rPr>
        <w:t>Dz.U.UE.L</w:t>
      </w:r>
      <w:proofErr w:type="spellEnd"/>
      <w:r w:rsidRPr="00BB029B">
        <w:rPr>
          <w:rFonts w:ascii="Calibri" w:hAnsi="Calibri" w:cs="Calibri"/>
          <w:lang w:val="pl-PL"/>
        </w:rPr>
        <w:t>. z 2016r. Nr 119, s.1 ze zm.) - dalej: „RODO” informuję, że:</w:t>
      </w:r>
    </w:p>
    <w:p w14:paraId="6199C027" w14:textId="77777777" w:rsidR="00BB029B" w:rsidRPr="00BB029B" w:rsidRDefault="00BB029B" w:rsidP="00BB029B">
      <w:pPr>
        <w:spacing w:line="240" w:lineRule="auto"/>
        <w:rPr>
          <w:rFonts w:ascii="Calibri" w:hAnsi="Calibri" w:cs="Calibri"/>
          <w:lang w:val="pl-PL"/>
        </w:rPr>
      </w:pPr>
      <w:r w:rsidRPr="00BB029B">
        <w:rPr>
          <w:rFonts w:ascii="Calibri" w:hAnsi="Calibri" w:cs="Calibri"/>
          <w:lang w:val="pl-PL"/>
        </w:rPr>
        <w:t>1)</w:t>
      </w:r>
      <w:r w:rsidRPr="00BB029B">
        <w:rPr>
          <w:rFonts w:ascii="Calibri" w:hAnsi="Calibri" w:cs="Calibri"/>
          <w:lang w:val="pl-PL"/>
        </w:rPr>
        <w:tab/>
        <w:t>Administratorem Państwa danych jest Gmina Chorzele reprezentowana przez Burmistrza Miasta i Gminy (adres: ul. Stanisława Komosińskiego 1, 06-330 Chorzele, nr tel.</w:t>
      </w:r>
      <w:r w:rsidRPr="00BB029B">
        <w:rPr>
          <w:rFonts w:ascii="Calibri" w:hAnsi="Calibri" w:cs="Calibri"/>
          <w:lang w:val="pl-PL"/>
        </w:rPr>
        <w:tab/>
        <w:t xml:space="preserve"> (29) 751-65-40 , e-mail sekretariat@chorzele.pl).</w:t>
      </w:r>
    </w:p>
    <w:p w14:paraId="626D8F4D" w14:textId="77777777" w:rsidR="00BB029B" w:rsidRPr="00BB029B" w:rsidRDefault="00BB029B" w:rsidP="00BB029B">
      <w:pPr>
        <w:spacing w:line="240" w:lineRule="auto"/>
        <w:rPr>
          <w:rFonts w:ascii="Calibri" w:hAnsi="Calibri" w:cs="Calibri"/>
          <w:lang w:val="pl-PL"/>
        </w:rPr>
      </w:pPr>
      <w:r w:rsidRPr="00BB029B">
        <w:rPr>
          <w:rFonts w:ascii="Calibri" w:hAnsi="Calibri" w:cs="Calibri"/>
          <w:lang w:val="pl-PL"/>
        </w:rPr>
        <w:t>2)</w:t>
      </w:r>
      <w:r w:rsidRPr="00BB029B">
        <w:rPr>
          <w:rFonts w:ascii="Calibri" w:hAnsi="Calibri" w:cs="Calibri"/>
          <w:lang w:val="pl-PL"/>
        </w:rPr>
        <w:tab/>
        <w:t>Administrator wyznaczył Inspektora Ochrony Danych, z którym mogą się Państwo kontaktować we wszystkich sprawach dotyczących przetwarzania danych osobowych za pośrednictwem adresu e-mail: iod@chorzele.pl lub pisemnie pod adres Administratora.</w:t>
      </w:r>
    </w:p>
    <w:p w14:paraId="201F75D6" w14:textId="77777777" w:rsidR="00BB029B" w:rsidRPr="00BB029B" w:rsidRDefault="00BB029B" w:rsidP="00BB029B">
      <w:pPr>
        <w:spacing w:line="240" w:lineRule="auto"/>
        <w:rPr>
          <w:rFonts w:ascii="Calibri" w:hAnsi="Calibri" w:cs="Calibri"/>
          <w:lang w:val="pl-PL"/>
        </w:rPr>
      </w:pPr>
      <w:r w:rsidRPr="00BB029B">
        <w:rPr>
          <w:rFonts w:ascii="Calibri" w:hAnsi="Calibri" w:cs="Calibri"/>
          <w:lang w:val="pl-PL"/>
        </w:rPr>
        <w:t>3)</w:t>
      </w:r>
      <w:r w:rsidRPr="00BB029B">
        <w:rPr>
          <w:rFonts w:ascii="Calibri" w:hAnsi="Calibri" w:cs="Calibri"/>
          <w:lang w:val="pl-PL"/>
        </w:rPr>
        <w:tab/>
        <w:t>Państwa dane osobowe będą przetwarzane w celu organizacji wyborów i wyłonienia członków Młodzieżowej Rady Miejskiej miasta i gminy Chorzele tj. gdyż jest to niezbędne do wypełnienia obowiązku prawnego ciążącego na Administratorze (art. 6 ust. 1 lit. c RODO) w związku z art. 5b ustawy z dnia 8 marca 1990 r. o samorządzie gminnym (</w:t>
      </w:r>
      <w:proofErr w:type="spellStart"/>
      <w:r w:rsidRPr="00BB029B">
        <w:rPr>
          <w:rFonts w:ascii="Calibri" w:hAnsi="Calibri" w:cs="Calibri"/>
          <w:lang w:val="pl-PL"/>
        </w:rPr>
        <w:t>t.j</w:t>
      </w:r>
      <w:proofErr w:type="spellEnd"/>
      <w:r w:rsidRPr="00BB029B">
        <w:rPr>
          <w:rFonts w:ascii="Calibri" w:hAnsi="Calibri" w:cs="Calibri"/>
          <w:lang w:val="pl-PL"/>
        </w:rPr>
        <w:t>. Dz. U. z 2025 r. poz. 1153 ze zm.) oraz Uchwałą Rady Miejskiej w Chorzelach Nr 115/XXI/25  z dnia 19 sierpnia  w sprawie utworzenia Młodzieżowej Rady Miejskiej miasta i gminy Chorzele oraz nadania jej statutu.</w:t>
      </w:r>
    </w:p>
    <w:p w14:paraId="71F845B1" w14:textId="77777777" w:rsidR="00BB029B" w:rsidRPr="00BB029B" w:rsidRDefault="00BB029B" w:rsidP="00BB029B">
      <w:pPr>
        <w:spacing w:line="240" w:lineRule="auto"/>
        <w:rPr>
          <w:rFonts w:ascii="Calibri" w:hAnsi="Calibri" w:cs="Calibri"/>
          <w:lang w:val="pl-PL"/>
        </w:rPr>
      </w:pPr>
      <w:r w:rsidRPr="00BB029B">
        <w:rPr>
          <w:rFonts w:ascii="Calibri" w:hAnsi="Calibri" w:cs="Calibri"/>
          <w:lang w:val="pl-PL"/>
        </w:rPr>
        <w:t>4)</w:t>
      </w:r>
      <w:r w:rsidRPr="00BB029B">
        <w:rPr>
          <w:rFonts w:ascii="Calibri" w:hAnsi="Calibri" w:cs="Calibri"/>
          <w:lang w:val="pl-PL"/>
        </w:rPr>
        <w:tab/>
        <w:t xml:space="preserve">Państwa dane osobowe będą przetwarzane przez okres niezbędny do realizacji ww. celu z uwzględnieniem okresów przechowywania określonych w przepisach szczególnych, </w:t>
      </w:r>
    </w:p>
    <w:p w14:paraId="5C9684EB" w14:textId="77777777" w:rsidR="00BB029B" w:rsidRPr="00BB029B" w:rsidRDefault="00BB029B" w:rsidP="00BB029B">
      <w:pPr>
        <w:spacing w:line="240" w:lineRule="auto"/>
        <w:rPr>
          <w:rFonts w:ascii="Calibri" w:hAnsi="Calibri" w:cs="Calibri"/>
          <w:lang w:val="pl-PL"/>
        </w:rPr>
      </w:pPr>
      <w:r w:rsidRPr="00BB029B">
        <w:rPr>
          <w:rFonts w:ascii="Calibri" w:hAnsi="Calibri" w:cs="Calibri"/>
          <w:lang w:val="pl-PL"/>
        </w:rPr>
        <w:t>w tym przepisów archiwalnych.</w:t>
      </w:r>
    </w:p>
    <w:p w14:paraId="157621B0" w14:textId="77777777" w:rsidR="00BB029B" w:rsidRPr="00BB029B" w:rsidRDefault="00BB029B" w:rsidP="00BB029B">
      <w:pPr>
        <w:spacing w:line="240" w:lineRule="auto"/>
        <w:rPr>
          <w:rFonts w:ascii="Calibri" w:hAnsi="Calibri" w:cs="Calibri"/>
          <w:lang w:val="pl-PL"/>
        </w:rPr>
      </w:pPr>
      <w:r w:rsidRPr="00BB029B">
        <w:rPr>
          <w:rFonts w:ascii="Calibri" w:hAnsi="Calibri" w:cs="Calibri"/>
          <w:lang w:val="pl-PL"/>
        </w:rPr>
        <w:t>5)</w:t>
      </w:r>
      <w:r w:rsidRPr="00BB029B">
        <w:rPr>
          <w:rFonts w:ascii="Calibri" w:hAnsi="Calibri" w:cs="Calibri"/>
          <w:lang w:val="pl-PL"/>
        </w:rPr>
        <w:tab/>
        <w:t>Państwa dane osobowe będą przetwarzane w sposób zautomatyzowany, lecz nie będą podlegały zautomatyzowanemu podejmowaniu decyzji, w tym o profilowaniu.</w:t>
      </w:r>
    </w:p>
    <w:p w14:paraId="6FF70925" w14:textId="77777777" w:rsidR="00BB029B" w:rsidRPr="00BB029B" w:rsidRDefault="00BB029B" w:rsidP="00BB029B">
      <w:pPr>
        <w:spacing w:line="240" w:lineRule="auto"/>
        <w:rPr>
          <w:rFonts w:ascii="Calibri" w:hAnsi="Calibri" w:cs="Calibri"/>
          <w:lang w:val="pl-PL"/>
        </w:rPr>
      </w:pPr>
      <w:r w:rsidRPr="00BB029B">
        <w:rPr>
          <w:rFonts w:ascii="Calibri" w:hAnsi="Calibri" w:cs="Calibri"/>
          <w:lang w:val="pl-PL"/>
        </w:rPr>
        <w:t>6)</w:t>
      </w:r>
      <w:r w:rsidRPr="00BB029B">
        <w:rPr>
          <w:rFonts w:ascii="Calibri" w:hAnsi="Calibri" w:cs="Calibri"/>
          <w:lang w:val="pl-PL"/>
        </w:rPr>
        <w:tab/>
        <w:t>Państwa dane osobowe nie będą przekazywane poza Europejski Obszar Gospodarczy (obejmujący Unię Europejską, Norwegię, Liechtenstein i Islandię).</w:t>
      </w:r>
    </w:p>
    <w:p w14:paraId="7326B0B9" w14:textId="77777777" w:rsidR="00BB029B" w:rsidRPr="00BB029B" w:rsidRDefault="00BB029B" w:rsidP="00BB029B">
      <w:pPr>
        <w:spacing w:line="240" w:lineRule="auto"/>
        <w:rPr>
          <w:rFonts w:ascii="Calibri" w:hAnsi="Calibri" w:cs="Calibri"/>
          <w:lang w:val="pl-PL"/>
        </w:rPr>
      </w:pPr>
      <w:r w:rsidRPr="00BB029B">
        <w:rPr>
          <w:rFonts w:ascii="Calibri" w:hAnsi="Calibri" w:cs="Calibri"/>
          <w:lang w:val="pl-PL"/>
        </w:rPr>
        <w:t>7)</w:t>
      </w:r>
      <w:r w:rsidRPr="00BB029B">
        <w:rPr>
          <w:rFonts w:ascii="Calibri" w:hAnsi="Calibri" w:cs="Calibri"/>
          <w:lang w:val="pl-PL"/>
        </w:rPr>
        <w:tab/>
        <w:t>W związku z przetwarzaniem Państwa danych osobowych, przysługują Państwu następujące prawa:</w:t>
      </w:r>
    </w:p>
    <w:p w14:paraId="2E5692C8" w14:textId="77777777" w:rsidR="00BB029B" w:rsidRPr="00BB029B" w:rsidRDefault="00BB029B" w:rsidP="00BB029B">
      <w:pPr>
        <w:spacing w:line="240" w:lineRule="auto"/>
        <w:rPr>
          <w:rFonts w:ascii="Calibri" w:hAnsi="Calibri" w:cs="Calibri"/>
          <w:lang w:val="pl-PL"/>
        </w:rPr>
      </w:pPr>
      <w:r w:rsidRPr="00BB029B">
        <w:rPr>
          <w:rFonts w:ascii="Calibri" w:hAnsi="Calibri" w:cs="Calibri"/>
          <w:lang w:val="pl-PL"/>
        </w:rPr>
        <w:t>a)</w:t>
      </w:r>
      <w:r w:rsidRPr="00BB029B">
        <w:rPr>
          <w:rFonts w:ascii="Calibri" w:hAnsi="Calibri" w:cs="Calibri"/>
          <w:lang w:val="pl-PL"/>
        </w:rPr>
        <w:tab/>
        <w:t>prawo dostępu do swoich danych oraz otrzymania ich kopii;</w:t>
      </w:r>
    </w:p>
    <w:p w14:paraId="4A49D9F3" w14:textId="77777777" w:rsidR="00BB029B" w:rsidRPr="00BB029B" w:rsidRDefault="00BB029B" w:rsidP="00BB029B">
      <w:pPr>
        <w:spacing w:line="240" w:lineRule="auto"/>
        <w:rPr>
          <w:rFonts w:ascii="Calibri" w:hAnsi="Calibri" w:cs="Calibri"/>
          <w:lang w:val="pl-PL"/>
        </w:rPr>
      </w:pPr>
      <w:r w:rsidRPr="00BB029B">
        <w:rPr>
          <w:rFonts w:ascii="Calibri" w:hAnsi="Calibri" w:cs="Calibri"/>
          <w:lang w:val="pl-PL"/>
        </w:rPr>
        <w:t>b)</w:t>
      </w:r>
      <w:r w:rsidRPr="00BB029B">
        <w:rPr>
          <w:rFonts w:ascii="Calibri" w:hAnsi="Calibri" w:cs="Calibri"/>
          <w:lang w:val="pl-PL"/>
        </w:rPr>
        <w:tab/>
        <w:t>prawo do sprostowania (poprawiania) swoich danych osobowych;</w:t>
      </w:r>
    </w:p>
    <w:p w14:paraId="0E3B0A36" w14:textId="77777777" w:rsidR="00BB029B" w:rsidRPr="00BB029B" w:rsidRDefault="00BB029B" w:rsidP="00BB029B">
      <w:pPr>
        <w:spacing w:line="240" w:lineRule="auto"/>
        <w:rPr>
          <w:rFonts w:ascii="Calibri" w:hAnsi="Calibri" w:cs="Calibri"/>
          <w:lang w:val="pl-PL"/>
        </w:rPr>
      </w:pPr>
      <w:r w:rsidRPr="00BB029B">
        <w:rPr>
          <w:rFonts w:ascii="Calibri" w:hAnsi="Calibri" w:cs="Calibri"/>
          <w:lang w:val="pl-PL"/>
        </w:rPr>
        <w:t>c)</w:t>
      </w:r>
      <w:r w:rsidRPr="00BB029B">
        <w:rPr>
          <w:rFonts w:ascii="Calibri" w:hAnsi="Calibri" w:cs="Calibri"/>
          <w:lang w:val="pl-PL"/>
        </w:rPr>
        <w:tab/>
        <w:t>prawo do ograniczenia przetwarzania danych osobowych;</w:t>
      </w:r>
    </w:p>
    <w:p w14:paraId="0A035F4F" w14:textId="77777777" w:rsidR="00BB029B" w:rsidRPr="00BB029B" w:rsidRDefault="00BB029B" w:rsidP="00BB029B">
      <w:pPr>
        <w:spacing w:line="240" w:lineRule="auto"/>
        <w:rPr>
          <w:rFonts w:ascii="Calibri" w:hAnsi="Calibri" w:cs="Calibri"/>
          <w:lang w:val="pl-PL"/>
        </w:rPr>
      </w:pPr>
      <w:r w:rsidRPr="00BB029B">
        <w:rPr>
          <w:rFonts w:ascii="Calibri" w:hAnsi="Calibri" w:cs="Calibri"/>
          <w:lang w:val="pl-PL"/>
        </w:rPr>
        <w:t>d)</w:t>
      </w:r>
      <w:r w:rsidRPr="00BB029B">
        <w:rPr>
          <w:rFonts w:ascii="Calibri" w:hAnsi="Calibri" w:cs="Calibri"/>
          <w:lang w:val="pl-PL"/>
        </w:rPr>
        <w:tab/>
        <w:t>prawo do usunięcia danych w przypadkach określonych w przepisach RODO;</w:t>
      </w:r>
    </w:p>
    <w:p w14:paraId="3E6C1B30" w14:textId="77777777" w:rsidR="00BB029B" w:rsidRPr="00BB029B" w:rsidRDefault="00BB029B" w:rsidP="00BB029B">
      <w:pPr>
        <w:spacing w:line="240" w:lineRule="auto"/>
        <w:rPr>
          <w:rFonts w:ascii="Calibri" w:hAnsi="Calibri" w:cs="Calibri"/>
          <w:lang w:val="pl-PL"/>
        </w:rPr>
      </w:pPr>
      <w:r w:rsidRPr="00BB029B">
        <w:rPr>
          <w:rFonts w:ascii="Calibri" w:hAnsi="Calibri" w:cs="Calibri"/>
          <w:lang w:val="pl-PL"/>
        </w:rPr>
        <w:t>e)</w:t>
      </w:r>
      <w:r w:rsidRPr="00BB029B">
        <w:rPr>
          <w:rFonts w:ascii="Calibri" w:hAnsi="Calibri" w:cs="Calibri"/>
          <w:lang w:val="pl-PL"/>
        </w:rPr>
        <w:tab/>
        <w:t>prawo wniesienia skargi do Prezesa Urzędu Ochrony Danych Osobowych w sytuacji, gdy uznają Państwo, że przetwarzanie danych osobowych narusza przepisy ogólnego rozporządzenia o ochronie danych osobowych (RODO);</w:t>
      </w:r>
    </w:p>
    <w:p w14:paraId="545BD0D6" w14:textId="77777777" w:rsidR="00BB029B" w:rsidRPr="00BB029B" w:rsidRDefault="00BB029B" w:rsidP="00BB029B">
      <w:pPr>
        <w:spacing w:line="240" w:lineRule="auto"/>
        <w:rPr>
          <w:rFonts w:ascii="Calibri" w:hAnsi="Calibri" w:cs="Calibri"/>
          <w:lang w:val="pl-PL"/>
        </w:rPr>
      </w:pPr>
      <w:r w:rsidRPr="00BB029B">
        <w:rPr>
          <w:rFonts w:ascii="Calibri" w:hAnsi="Calibri" w:cs="Calibri"/>
          <w:lang w:val="pl-PL"/>
        </w:rPr>
        <w:lastRenderedPageBreak/>
        <w:t>8)</w:t>
      </w:r>
      <w:r w:rsidRPr="00BB029B">
        <w:rPr>
          <w:rFonts w:ascii="Calibri" w:hAnsi="Calibri" w:cs="Calibri"/>
          <w:lang w:val="pl-PL"/>
        </w:rPr>
        <w:tab/>
        <w:t>Podanie przez Państwa danych osobowych w związku z ciążącym na Administratorze obowiązkiem prawnym jest obowiązkowe, a ich nieprzekazanie skutkować będzie brakiem realizacji celu, o którym mowa w punkcie 3.</w:t>
      </w:r>
    </w:p>
    <w:p w14:paraId="616777C2" w14:textId="77777777" w:rsidR="00BB029B" w:rsidRPr="00BB029B" w:rsidRDefault="00BB029B" w:rsidP="00BB029B">
      <w:pPr>
        <w:spacing w:line="240" w:lineRule="auto"/>
        <w:rPr>
          <w:rFonts w:ascii="Calibri" w:hAnsi="Calibri" w:cs="Calibri"/>
          <w:lang w:val="pl-PL"/>
        </w:rPr>
      </w:pPr>
      <w:r w:rsidRPr="00BB029B">
        <w:rPr>
          <w:rFonts w:ascii="Calibri" w:hAnsi="Calibri" w:cs="Calibri"/>
          <w:lang w:val="pl-PL"/>
        </w:rPr>
        <w:t>9)</w:t>
      </w:r>
      <w:r w:rsidRPr="00BB029B">
        <w:rPr>
          <w:rFonts w:ascii="Calibri" w:hAnsi="Calibri" w:cs="Calibri"/>
          <w:lang w:val="pl-PL"/>
        </w:rPr>
        <w:tab/>
        <w:t>Państwa dane mogą zostać przekazane podmiotom zewnętrznym na podstawie umowy powierzenia przetwarzania danych osobowych , w tym m.in. usługodawcom wykonującym usługi serwisu systemów informatycznych lub doradztwa prawnego, jak również podmiotom lub organom uprawnionym na podstawie przepisów prawa.</w:t>
      </w:r>
    </w:p>
    <w:p w14:paraId="59CA0C98" w14:textId="77777777" w:rsidR="00760CBA" w:rsidRPr="00BB029B" w:rsidRDefault="00760CBA" w:rsidP="00BB029B">
      <w:pPr>
        <w:spacing w:line="240" w:lineRule="auto"/>
        <w:rPr>
          <w:rFonts w:ascii="Calibri" w:hAnsi="Calibri" w:cs="Calibri"/>
          <w:lang w:val="pl-PL"/>
        </w:rPr>
      </w:pPr>
    </w:p>
    <w:p w14:paraId="7CB63A8A" w14:textId="77777777" w:rsidR="00B87F44" w:rsidRDefault="00B87F44" w:rsidP="00B87F44">
      <w:pPr>
        <w:spacing w:line="240" w:lineRule="auto"/>
        <w:rPr>
          <w:lang w:val="pl-PL"/>
        </w:rPr>
      </w:pPr>
    </w:p>
    <w:p w14:paraId="3112295A" w14:textId="77777777" w:rsidR="00B87F44" w:rsidRDefault="00B87F44" w:rsidP="00B87F44">
      <w:pPr>
        <w:spacing w:line="240" w:lineRule="auto"/>
        <w:rPr>
          <w:lang w:val="pl-PL"/>
        </w:rPr>
      </w:pPr>
    </w:p>
    <w:p w14:paraId="6023A94A" w14:textId="77777777" w:rsidR="00B87F44" w:rsidRDefault="00B87F44" w:rsidP="00B87F44">
      <w:pPr>
        <w:spacing w:line="240" w:lineRule="auto"/>
        <w:rPr>
          <w:lang w:val="pl-PL"/>
        </w:rPr>
      </w:pPr>
    </w:p>
    <w:p w14:paraId="68D1D9C5" w14:textId="77777777" w:rsidR="00B87F44" w:rsidRDefault="00B87F44" w:rsidP="00B87F44">
      <w:pPr>
        <w:spacing w:line="240" w:lineRule="auto"/>
        <w:rPr>
          <w:lang w:val="pl-PL"/>
        </w:rPr>
      </w:pPr>
    </w:p>
    <w:sectPr w:rsidR="00B87F4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875529"/>
    <w:multiLevelType w:val="hybridMultilevel"/>
    <w:tmpl w:val="22904E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1A648E"/>
    <w:multiLevelType w:val="multilevel"/>
    <w:tmpl w:val="E3F6D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1A66FE"/>
    <w:multiLevelType w:val="multilevel"/>
    <w:tmpl w:val="E1924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437F7D"/>
    <w:multiLevelType w:val="hybridMultilevel"/>
    <w:tmpl w:val="6E3ED5AE"/>
    <w:lvl w:ilvl="0" w:tplc="CE541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E03AD0"/>
    <w:multiLevelType w:val="hybridMultilevel"/>
    <w:tmpl w:val="9926E6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90475968">
    <w:abstractNumId w:val="8"/>
  </w:num>
  <w:num w:numId="2" w16cid:durableId="1469279214">
    <w:abstractNumId w:val="6"/>
  </w:num>
  <w:num w:numId="3" w16cid:durableId="1595361402">
    <w:abstractNumId w:val="5"/>
  </w:num>
  <w:num w:numId="4" w16cid:durableId="1147012774">
    <w:abstractNumId w:val="4"/>
  </w:num>
  <w:num w:numId="5" w16cid:durableId="124853493">
    <w:abstractNumId w:val="7"/>
  </w:num>
  <w:num w:numId="6" w16cid:durableId="245111510">
    <w:abstractNumId w:val="3"/>
  </w:num>
  <w:num w:numId="7" w16cid:durableId="47841913">
    <w:abstractNumId w:val="2"/>
  </w:num>
  <w:num w:numId="8" w16cid:durableId="1829976852">
    <w:abstractNumId w:val="1"/>
  </w:num>
  <w:num w:numId="9" w16cid:durableId="18821315">
    <w:abstractNumId w:val="0"/>
  </w:num>
  <w:num w:numId="10" w16cid:durableId="910701824">
    <w:abstractNumId w:val="13"/>
  </w:num>
  <w:num w:numId="11" w16cid:durableId="842553258">
    <w:abstractNumId w:val="12"/>
  </w:num>
  <w:num w:numId="12" w16cid:durableId="10129519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765041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96224567">
    <w:abstractNumId w:val="9"/>
  </w:num>
  <w:num w:numId="15" w16cid:durableId="20854867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8220B"/>
    <w:rsid w:val="002922C1"/>
    <w:rsid w:val="0029639D"/>
    <w:rsid w:val="00297033"/>
    <w:rsid w:val="002D48F3"/>
    <w:rsid w:val="00314E5D"/>
    <w:rsid w:val="00326F90"/>
    <w:rsid w:val="00552B38"/>
    <w:rsid w:val="00567342"/>
    <w:rsid w:val="005F22E8"/>
    <w:rsid w:val="006829D8"/>
    <w:rsid w:val="006E5EFD"/>
    <w:rsid w:val="00760CBA"/>
    <w:rsid w:val="0079612D"/>
    <w:rsid w:val="0086115B"/>
    <w:rsid w:val="008E11B4"/>
    <w:rsid w:val="00AA1D8D"/>
    <w:rsid w:val="00AB7549"/>
    <w:rsid w:val="00AD6983"/>
    <w:rsid w:val="00AE08B1"/>
    <w:rsid w:val="00AF7B10"/>
    <w:rsid w:val="00AF7D32"/>
    <w:rsid w:val="00B17D78"/>
    <w:rsid w:val="00B47730"/>
    <w:rsid w:val="00B5114F"/>
    <w:rsid w:val="00B83CFE"/>
    <w:rsid w:val="00B87F44"/>
    <w:rsid w:val="00BA7DFF"/>
    <w:rsid w:val="00BB029B"/>
    <w:rsid w:val="00C329F4"/>
    <w:rsid w:val="00CB0664"/>
    <w:rsid w:val="00D6795B"/>
    <w:rsid w:val="00D70A55"/>
    <w:rsid w:val="00E053C5"/>
    <w:rsid w:val="00ED7CC7"/>
    <w:rsid w:val="00F35F9D"/>
    <w:rsid w:val="00F449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08D70D"/>
  <w14:defaultImageDpi w14:val="300"/>
  <w15:docId w15:val="{7B1F9127-3572-4158-B8F0-3B3C20672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22E8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6734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73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722</Words>
  <Characters>4334</Characters>
  <Application>Microsoft Office Word</Application>
  <DocSecurity>0</DocSecurity>
  <Lines>36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5046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Urząd Miasta i Gminy w Chorzelach</cp:lastModifiedBy>
  <cp:revision>4</cp:revision>
  <dcterms:created xsi:type="dcterms:W3CDTF">2026-10-09T13:55:00Z</dcterms:created>
  <dcterms:modified xsi:type="dcterms:W3CDTF">2026-10-12T08:50:00Z</dcterms:modified>
  <cp:category/>
</cp:coreProperties>
</file>